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jc w:val="center"/>
        <w:tblLook w:firstColumn="1" w:firstRow="0" w:lastColumn="0" w:lastRow="0" w:noHBand="0" w:noVBand="1" w:val="0000"/>
        <w:tblLayout w:type="fixed"/>
        <w:tblW w:w="96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19"/>
        <w:gridCol w:w="4819"/>
      </w:tblGrid>
      <w:tr>
        <w:trPr>
          <w:trHeight w:val="3118" w:hRule="exact"/>
        </w:trPr>
        <w:tc>
          <w:tcPr>
            <w:tcW w:type="dxa" w:w="4819"/>
            <w:tcBorders>
              <w:top w:val="dashed" w:sz="4" w:space="0" w:color="9AA5AE"/>
              <w:left w:val="dashed" w:sz="4" w:space="0" w:color="9AA5AE"/>
              <w:bottom w:val="dashed" w:sz="4" w:space="0" w:color="9AA5AE"/>
              <w:right w:val="dashed" w:sz="4" w:space="0" w:color="9AA5AE"/>
            </w:tcBorders>
          </w:tcPr>
          <w:p>
            <w:pPr>
              <w:pStyle w:val="SmallGap"/>
              <w:spacing w:line="20" w:lineRule="exact" w:after="0"/>
            </w:pPr>
          </w:p>
          <w:tbl>
            <w:tblPr>
              <w:tblLook w:firstColumn="1" w:firstRow="0" w:lastColumn="0" w:lastRow="0" w:noHBand="0" w:noVBand="1" w:val="0000"/>
              <w:tblLayout w:type="fixed"/>
              <w:tblW w:w="447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60" w:type="dxa"/>
                <w:left w:w="220" w:type="dxa"/>
                <w:bottom w:w="60" w:type="dxa"/>
                <w:right w:w="220" w:type="dxa"/>
              </w:tblCellMar>
            </w:tblPr>
            <w:tblGrid>
              <w:gridCol w:w="4479"/>
            </w:tblGrid>
            <w:tr>
              <w:trPr>
                <w:trHeight w:val="170" w:hRule="exact"/>
              </w:trPr>
              <w:tc>
                <w:tcPr>
                  <w:tcW w:type="dxa" w:w="4479"/>
                  <w:shd w:val="clear" w:color="auto" w:fill="FFD100"/>
                  <w:tcBorders>
                    <w:top w:val="single" w:sz="12" w:space="0" w:color="111111"/>
                    <w:left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SmallGap"/>
                    <w:spacing w:line="20" w:lineRule="exact"/>
                  </w:pPr>
                  <w:r/>
                </w:p>
              </w:tc>
            </w:tr>
            <w:tr>
              <w:trPr>
                <w:trHeight w:val="2239" w:hRule="exact"/>
              </w:trPr>
              <w:tc>
                <w:tcPr>
                  <w:tcW w:type="dxa" w:w="4479"/>
                  <w:shd w:val="clear" w:color="auto" w:fill="F4F2EC"/>
                  <w:tcBorders>
                    <w:left w:val="single" w:sz="12" w:space="0" w:color="111111"/>
                    <w:right w:val="single" w:sz="12" w:space="0" w:color="111111"/>
                  </w:tcBorders>
                  <w:vAlign w:val="center"/>
                </w:tcPr>
                <w:p>
                  <w:pPr>
                    <w:pStyle w:val="CardText"/>
                    <w:spacing w:before="0"/>
                    <w:jc w:val="center"/>
                  </w:pPr>
                  <w:r>
                    <w:rPr>
                      <w:rFonts w:ascii="Barlow Condensed" w:hAnsi="Barlow Condensed"/>
                      <w:b/>
                      <w:color w:val="111111"/>
                      <w:sz w:val="36"/>
                    </w:rPr>
                    <w:t>SAMPLE BAKERY</w:t>
                  </w:r>
                </w:p>
                <w:p>
                  <w:pPr>
                    <w:pStyle w:val="CardText"/>
                    <w:spacing w:before="57"/>
                    <w:jc w:val="center"/>
                  </w:pPr>
                  <w:r>
                    <w:rPr>
                      <w:b w:val="0"/>
                      <w:color w:val="111111"/>
                      <w:sz w:val="18"/>
                    </w:rPr>
                    <w:t>Jo Bennett - Owner</w:t>
                  </w:r>
                </w:p>
                <w:p>
                  <w:pPr>
                    <w:pStyle w:val="CardText"/>
                    <w:spacing w:before="142"/>
                    <w:jc w:val="center"/>
                  </w:pPr>
                  <w:r>
                    <w:rPr>
                      <w:b w:val="0"/>
                      <w:color w:val="111111"/>
                      <w:sz w:val="16"/>
                    </w:rPr>
                    <w:t>01632 960123</w:t>
                  </w:r>
                </w:p>
                <w:p>
                  <w:pPr>
                    <w:pStyle w:val="CardText"/>
                    <w:spacing w:before="28"/>
                    <w:jc w:val="center"/>
                  </w:pPr>
                  <w:r>
                    <w:rPr>
                      <w:b w:val="0"/>
                      <w:color w:val="111111"/>
                      <w:sz w:val="16"/>
                    </w:rPr>
                    <w:t>hello@example.co.uk</w:t>
                  </w:r>
                </w:p>
                <w:p>
                  <w:pPr>
                    <w:pStyle w:val="CardText"/>
                    <w:spacing w:before="28"/>
                    <w:jc w:val="center"/>
                  </w:pPr>
                  <w:r>
                    <w:rPr>
                      <w:b w:val="0"/>
                      <w:color w:val="111111"/>
                      <w:sz w:val="16"/>
                    </w:rPr>
                    <w:t>12 Example Street, Anytown AB1 2CD</w: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4479"/>
                  <w:shd w:val="clear" w:color="auto" w:fill="FFD100"/>
                  <w:vAlign w:val="center"/>
                  <w:tcBorders>
                    <w:left w:val="single" w:sz="12" w:space="0" w:color="111111"/>
                    <w:bottom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CardText"/>
                  </w:pPr>
                  <w:r/>
                </w:p>
              </w:tc>
            </w:tr>
          </w:tbl>
          <w:p/>
        </w:tc>
        <w:tc>
          <w:tcPr>
            <w:tcW w:type="dxa" w:w="4819"/>
            <w:tcBorders>
              <w:top w:val="dashed" w:sz="4" w:space="0" w:color="9AA5AE"/>
              <w:left w:val="dashed" w:sz="4" w:space="0" w:color="9AA5AE"/>
              <w:bottom w:val="dashed" w:sz="4" w:space="0" w:color="9AA5AE"/>
              <w:right w:val="dashed" w:sz="4" w:space="0" w:color="9AA5AE"/>
            </w:tcBorders>
          </w:tcPr>
          <w:p>
            <w:pPr>
              <w:pStyle w:val="SmallGap"/>
              <w:spacing w:line="20" w:lineRule="exact" w:after="0"/>
            </w:pPr>
          </w:p>
          <w:tbl>
            <w:tblPr>
              <w:tblLook w:firstColumn="1" w:firstRow="0" w:lastColumn="0" w:lastRow="0" w:noHBand="0" w:noVBand="1" w:val="0000"/>
              <w:tblLayout w:type="fixed"/>
              <w:tblW w:w="447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60" w:type="dxa"/>
                <w:left w:w="220" w:type="dxa"/>
                <w:bottom w:w="60" w:type="dxa"/>
                <w:right w:w="220" w:type="dxa"/>
              </w:tblCellMar>
            </w:tblPr>
            <w:tblGrid>
              <w:gridCol w:w="4479"/>
            </w:tblGrid>
            <w:tr>
              <w:trPr>
                <w:trHeight w:val="170" w:hRule="exact"/>
              </w:trPr>
              <w:tc>
                <w:tcPr>
                  <w:tcW w:type="dxa" w:w="4479"/>
                  <w:shd w:val="clear" w:color="auto" w:fill="FFD100"/>
                  <w:tcBorders>
                    <w:top w:val="single" w:sz="12" w:space="0" w:color="111111"/>
                    <w:left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SmallGap"/>
                    <w:spacing w:line="20" w:lineRule="exact"/>
                  </w:pPr>
                  <w:r/>
                </w:p>
              </w:tc>
            </w:tr>
            <w:tr>
              <w:trPr>
                <w:trHeight w:val="2239" w:hRule="exact"/>
              </w:trPr>
              <w:tc>
                <w:tcPr>
                  <w:tcW w:type="dxa" w:w="4479"/>
                  <w:shd w:val="clear" w:color="auto" w:fill="F4F2EC"/>
                  <w:tcBorders>
                    <w:left w:val="single" w:sz="12" w:space="0" w:color="111111"/>
                    <w:right w:val="single" w:sz="12" w:space="0" w:color="111111"/>
                  </w:tcBorders>
                  <w:vAlign w:val="center"/>
                </w:tcPr>
                <w:p>
                  <w:pPr>
                    <w:pStyle w:val="CardText"/>
                    <w:spacing w:before="0"/>
                    <w:jc w:val="center"/>
                  </w:pPr>
                  <w:r>
                    <w:rPr>
                      <w:rFonts w:ascii="Barlow Condensed" w:hAnsi="Barlow Condensed"/>
                      <w:b/>
                      <w:color w:val="111111"/>
                      <w:sz w:val="36"/>
                    </w:rPr>
                    <w:t>SAMPLE BAKERY</w:t>
                  </w:r>
                </w:p>
                <w:p>
                  <w:pPr>
                    <w:pStyle w:val="CardText"/>
                    <w:spacing w:before="57"/>
                    <w:jc w:val="center"/>
                  </w:pPr>
                  <w:r>
                    <w:rPr>
                      <w:b w:val="0"/>
                      <w:color w:val="111111"/>
                      <w:sz w:val="18"/>
                    </w:rPr>
                    <w:t>Jo Bennett - Owner</w:t>
                  </w:r>
                </w:p>
                <w:p>
                  <w:pPr>
                    <w:pStyle w:val="CardText"/>
                    <w:spacing w:before="142"/>
                    <w:jc w:val="center"/>
                  </w:pPr>
                  <w:r>
                    <w:rPr>
                      <w:b w:val="0"/>
                      <w:color w:val="111111"/>
                      <w:sz w:val="16"/>
                    </w:rPr>
                    <w:t>01632 960123</w:t>
                  </w:r>
                </w:p>
                <w:p>
                  <w:pPr>
                    <w:pStyle w:val="CardText"/>
                    <w:spacing w:before="28"/>
                    <w:jc w:val="center"/>
                  </w:pPr>
                  <w:r>
                    <w:rPr>
                      <w:b w:val="0"/>
                      <w:color w:val="111111"/>
                      <w:sz w:val="16"/>
                    </w:rPr>
                    <w:t>hello@example.co.uk</w:t>
                  </w:r>
                </w:p>
                <w:p>
                  <w:pPr>
                    <w:pStyle w:val="CardText"/>
                    <w:spacing w:before="28"/>
                    <w:jc w:val="center"/>
                  </w:pPr>
                  <w:r>
                    <w:rPr>
                      <w:b w:val="0"/>
                      <w:color w:val="111111"/>
                      <w:sz w:val="16"/>
                    </w:rPr>
                    <w:t>12 Example Street, Anytown AB1 2CD</w: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4479"/>
                  <w:shd w:val="clear" w:color="auto" w:fill="FFD100"/>
                  <w:vAlign w:val="center"/>
                  <w:tcBorders>
                    <w:left w:val="single" w:sz="12" w:space="0" w:color="111111"/>
                    <w:bottom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CardText"/>
                  </w:pPr>
                  <w:r/>
                </w:p>
              </w:tc>
            </w:tr>
          </w:tbl>
          <w:p/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4" w:space="0" w:color="9AA5AE"/>
              <w:left w:val="dashed" w:sz="4" w:space="0" w:color="9AA5AE"/>
              <w:bottom w:val="dashed" w:sz="4" w:space="0" w:color="9AA5AE"/>
              <w:right w:val="dashed" w:sz="4" w:space="0" w:color="9AA5AE"/>
            </w:tcBorders>
          </w:tcPr>
          <w:p>
            <w:pPr>
              <w:pStyle w:val="SmallGap"/>
              <w:spacing w:line="20" w:lineRule="exact" w:after="0"/>
            </w:pPr>
          </w:p>
          <w:tbl>
            <w:tblPr>
              <w:tblLook w:firstColumn="1" w:firstRow="0" w:lastColumn="0" w:lastRow="0" w:noHBand="0" w:noVBand="1" w:val="0000"/>
              <w:tblLayout w:type="fixed"/>
              <w:tblW w:w="447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60" w:type="dxa"/>
                <w:left w:w="220" w:type="dxa"/>
                <w:bottom w:w="60" w:type="dxa"/>
                <w:right w:w="220" w:type="dxa"/>
              </w:tblCellMar>
            </w:tblPr>
            <w:tblGrid>
              <w:gridCol w:w="4479"/>
            </w:tblGrid>
            <w:tr>
              <w:trPr>
                <w:trHeight w:val="170" w:hRule="exact"/>
              </w:trPr>
              <w:tc>
                <w:tcPr>
                  <w:tcW w:type="dxa" w:w="4479"/>
                  <w:shd w:val="clear" w:color="auto" w:fill="FFD100"/>
                  <w:tcBorders>
                    <w:top w:val="single" w:sz="12" w:space="0" w:color="111111"/>
                    <w:left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SmallGap"/>
                    <w:spacing w:line="20" w:lineRule="exact"/>
                  </w:pPr>
                  <w:r/>
                </w:p>
              </w:tc>
            </w:tr>
            <w:tr>
              <w:trPr>
                <w:trHeight w:val="2239" w:hRule="exact"/>
              </w:trPr>
              <w:tc>
                <w:tcPr>
                  <w:tcW w:type="dxa" w:w="4479"/>
                  <w:shd w:val="clear" w:color="auto" w:fill="F4F2EC"/>
                  <w:tcBorders>
                    <w:left w:val="single" w:sz="12" w:space="0" w:color="111111"/>
                    <w:right w:val="single" w:sz="12" w:space="0" w:color="111111"/>
                  </w:tcBorders>
                  <w:vAlign w:val="center"/>
                </w:tcPr>
                <w:p>
                  <w:pPr>
                    <w:pStyle w:val="CardText"/>
                    <w:spacing w:before="0"/>
                    <w:jc w:val="center"/>
                  </w:pPr>
                  <w:r>
                    <w:rPr>
                      <w:rFonts w:ascii="Barlow Condensed" w:hAnsi="Barlow Condensed"/>
                      <w:b/>
                      <w:color w:val="111111"/>
                      <w:sz w:val="36"/>
                    </w:rPr>
                    <w:t>SAMPLE BAKERY</w:t>
                  </w:r>
                </w:p>
                <w:p>
                  <w:pPr>
                    <w:pStyle w:val="CardText"/>
                    <w:spacing w:before="57"/>
                    <w:jc w:val="center"/>
                  </w:pPr>
                  <w:r>
                    <w:rPr>
                      <w:b w:val="0"/>
                      <w:color w:val="111111"/>
                      <w:sz w:val="18"/>
                    </w:rPr>
                    <w:t>Jo Bennett - Owner</w:t>
                  </w:r>
                </w:p>
                <w:p>
                  <w:pPr>
                    <w:pStyle w:val="CardText"/>
                    <w:spacing w:before="142"/>
                    <w:jc w:val="center"/>
                  </w:pPr>
                  <w:r>
                    <w:rPr>
                      <w:b w:val="0"/>
                      <w:color w:val="111111"/>
                      <w:sz w:val="16"/>
                    </w:rPr>
                    <w:t>01632 960123</w:t>
                  </w:r>
                </w:p>
                <w:p>
                  <w:pPr>
                    <w:pStyle w:val="CardText"/>
                    <w:spacing w:before="28"/>
                    <w:jc w:val="center"/>
                  </w:pPr>
                  <w:r>
                    <w:rPr>
                      <w:b w:val="0"/>
                      <w:color w:val="111111"/>
                      <w:sz w:val="16"/>
                    </w:rPr>
                    <w:t>hello@example.co.uk</w:t>
                  </w:r>
                </w:p>
                <w:p>
                  <w:pPr>
                    <w:pStyle w:val="CardText"/>
                    <w:spacing w:before="28"/>
                    <w:jc w:val="center"/>
                  </w:pPr>
                  <w:r>
                    <w:rPr>
                      <w:b w:val="0"/>
                      <w:color w:val="111111"/>
                      <w:sz w:val="16"/>
                    </w:rPr>
                    <w:t>12 Example Street, Anytown AB1 2CD</w: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4479"/>
                  <w:shd w:val="clear" w:color="auto" w:fill="FFD100"/>
                  <w:vAlign w:val="center"/>
                  <w:tcBorders>
                    <w:left w:val="single" w:sz="12" w:space="0" w:color="111111"/>
                    <w:bottom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CardText"/>
                  </w:pPr>
                  <w:r/>
                </w:p>
              </w:tc>
            </w:tr>
          </w:tbl>
          <w:p/>
        </w:tc>
        <w:tc>
          <w:tcPr>
            <w:tcW w:type="dxa" w:w="4819"/>
            <w:tcBorders>
              <w:top w:val="dashed" w:sz="4" w:space="0" w:color="9AA5AE"/>
              <w:left w:val="dashed" w:sz="4" w:space="0" w:color="9AA5AE"/>
              <w:bottom w:val="dashed" w:sz="4" w:space="0" w:color="9AA5AE"/>
              <w:right w:val="dashed" w:sz="4" w:space="0" w:color="9AA5AE"/>
            </w:tcBorders>
          </w:tcPr>
          <w:p>
            <w:pPr>
              <w:pStyle w:val="SmallGap"/>
              <w:spacing w:line="20" w:lineRule="exact" w:after="0"/>
            </w:pPr>
          </w:p>
          <w:tbl>
            <w:tblPr>
              <w:tblLook w:firstColumn="1" w:firstRow="0" w:lastColumn="0" w:lastRow="0" w:noHBand="0" w:noVBand="1" w:val="0000"/>
              <w:tblLayout w:type="fixed"/>
              <w:tblW w:w="447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60" w:type="dxa"/>
                <w:left w:w="220" w:type="dxa"/>
                <w:bottom w:w="60" w:type="dxa"/>
                <w:right w:w="220" w:type="dxa"/>
              </w:tblCellMar>
            </w:tblPr>
            <w:tblGrid>
              <w:gridCol w:w="4479"/>
            </w:tblGrid>
            <w:tr>
              <w:trPr>
                <w:trHeight w:val="170" w:hRule="exact"/>
              </w:trPr>
              <w:tc>
                <w:tcPr>
                  <w:tcW w:type="dxa" w:w="4479"/>
                  <w:shd w:val="clear" w:color="auto" w:fill="FFD100"/>
                  <w:tcBorders>
                    <w:top w:val="single" w:sz="12" w:space="0" w:color="111111"/>
                    <w:left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SmallGap"/>
                    <w:spacing w:line="20" w:lineRule="exact"/>
                  </w:pPr>
                  <w:r/>
                </w:p>
              </w:tc>
            </w:tr>
            <w:tr>
              <w:trPr>
                <w:trHeight w:val="2239" w:hRule="exact"/>
              </w:trPr>
              <w:tc>
                <w:tcPr>
                  <w:tcW w:type="dxa" w:w="4479"/>
                  <w:shd w:val="clear" w:color="auto" w:fill="F4F2EC"/>
                  <w:tcBorders>
                    <w:left w:val="single" w:sz="12" w:space="0" w:color="111111"/>
                    <w:right w:val="single" w:sz="12" w:space="0" w:color="111111"/>
                  </w:tcBorders>
                  <w:vAlign w:val="center"/>
                </w:tcPr>
                <w:p>
                  <w:pPr>
                    <w:pStyle w:val="CardText"/>
                    <w:spacing w:before="0"/>
                    <w:jc w:val="center"/>
                  </w:pPr>
                  <w:r>
                    <w:rPr>
                      <w:rFonts w:ascii="Barlow Condensed" w:hAnsi="Barlow Condensed"/>
                      <w:b/>
                      <w:color w:val="111111"/>
                      <w:sz w:val="36"/>
                    </w:rPr>
                    <w:t>SAMPLE BAKERY</w:t>
                  </w:r>
                </w:p>
                <w:p>
                  <w:pPr>
                    <w:pStyle w:val="CardText"/>
                    <w:spacing w:before="57"/>
                    <w:jc w:val="center"/>
                  </w:pPr>
                  <w:r>
                    <w:rPr>
                      <w:b w:val="0"/>
                      <w:color w:val="111111"/>
                      <w:sz w:val="18"/>
                    </w:rPr>
                    <w:t>Jo Bennett - Owner</w:t>
                  </w:r>
                </w:p>
                <w:p>
                  <w:pPr>
                    <w:pStyle w:val="CardText"/>
                    <w:spacing w:before="142"/>
                    <w:jc w:val="center"/>
                  </w:pPr>
                  <w:r>
                    <w:rPr>
                      <w:b w:val="0"/>
                      <w:color w:val="111111"/>
                      <w:sz w:val="16"/>
                    </w:rPr>
                    <w:t>01632 960123</w:t>
                  </w:r>
                </w:p>
                <w:p>
                  <w:pPr>
                    <w:pStyle w:val="CardText"/>
                    <w:spacing w:before="28"/>
                    <w:jc w:val="center"/>
                  </w:pPr>
                  <w:r>
                    <w:rPr>
                      <w:b w:val="0"/>
                      <w:color w:val="111111"/>
                      <w:sz w:val="16"/>
                    </w:rPr>
                    <w:t>hello@example.co.uk</w:t>
                  </w:r>
                </w:p>
                <w:p>
                  <w:pPr>
                    <w:pStyle w:val="CardText"/>
                    <w:spacing w:before="28"/>
                    <w:jc w:val="center"/>
                  </w:pPr>
                  <w:r>
                    <w:rPr>
                      <w:b w:val="0"/>
                      <w:color w:val="111111"/>
                      <w:sz w:val="16"/>
                    </w:rPr>
                    <w:t>12 Example Street, Anytown AB1 2CD</w: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4479"/>
                  <w:shd w:val="clear" w:color="auto" w:fill="FFD100"/>
                  <w:vAlign w:val="center"/>
                  <w:tcBorders>
                    <w:left w:val="single" w:sz="12" w:space="0" w:color="111111"/>
                    <w:bottom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CardText"/>
                  </w:pPr>
                  <w:r/>
                </w:p>
              </w:tc>
            </w:tr>
          </w:tbl>
          <w:p/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4" w:space="0" w:color="9AA5AE"/>
              <w:left w:val="dashed" w:sz="4" w:space="0" w:color="9AA5AE"/>
              <w:bottom w:val="dashed" w:sz="4" w:space="0" w:color="9AA5AE"/>
              <w:right w:val="dashed" w:sz="4" w:space="0" w:color="9AA5AE"/>
            </w:tcBorders>
          </w:tcPr>
          <w:p>
            <w:pPr>
              <w:pStyle w:val="SmallGap"/>
              <w:spacing w:line="20" w:lineRule="exact" w:after="0"/>
            </w:pPr>
          </w:p>
          <w:tbl>
            <w:tblPr>
              <w:tblLook w:firstColumn="1" w:firstRow="0" w:lastColumn="0" w:lastRow="0" w:noHBand="0" w:noVBand="1" w:val="0000"/>
              <w:tblLayout w:type="fixed"/>
              <w:tblW w:w="447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60" w:type="dxa"/>
                <w:left w:w="220" w:type="dxa"/>
                <w:bottom w:w="60" w:type="dxa"/>
                <w:right w:w="220" w:type="dxa"/>
              </w:tblCellMar>
            </w:tblPr>
            <w:tblGrid>
              <w:gridCol w:w="4479"/>
            </w:tblGrid>
            <w:tr>
              <w:trPr>
                <w:trHeight w:val="170" w:hRule="exact"/>
              </w:trPr>
              <w:tc>
                <w:tcPr>
                  <w:tcW w:type="dxa" w:w="4479"/>
                  <w:shd w:val="clear" w:color="auto" w:fill="FFD100"/>
                  <w:tcBorders>
                    <w:top w:val="single" w:sz="12" w:space="0" w:color="111111"/>
                    <w:left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SmallGap"/>
                    <w:spacing w:line="20" w:lineRule="exact"/>
                  </w:pPr>
                  <w:r/>
                </w:p>
              </w:tc>
            </w:tr>
            <w:tr>
              <w:trPr>
                <w:trHeight w:val="2239" w:hRule="exact"/>
              </w:trPr>
              <w:tc>
                <w:tcPr>
                  <w:tcW w:type="dxa" w:w="4479"/>
                  <w:shd w:val="clear" w:color="auto" w:fill="F4F2EC"/>
                  <w:tcBorders>
                    <w:left w:val="single" w:sz="12" w:space="0" w:color="111111"/>
                    <w:right w:val="single" w:sz="12" w:space="0" w:color="111111"/>
                  </w:tcBorders>
                  <w:vAlign w:val="center"/>
                </w:tcPr>
                <w:p>
                  <w:pPr>
                    <w:pStyle w:val="CardText"/>
                    <w:spacing w:before="0"/>
                    <w:jc w:val="center"/>
                  </w:pPr>
                  <w:r>
                    <w:rPr>
                      <w:rFonts w:ascii="Barlow Condensed" w:hAnsi="Barlow Condensed"/>
                      <w:b/>
                      <w:color w:val="111111"/>
                      <w:sz w:val="36"/>
                    </w:rPr>
                    <w:t>SAMPLE BAKERY</w:t>
                  </w:r>
                </w:p>
                <w:p>
                  <w:pPr>
                    <w:pStyle w:val="CardText"/>
                    <w:spacing w:before="57"/>
                    <w:jc w:val="center"/>
                  </w:pPr>
                  <w:r>
                    <w:rPr>
                      <w:b w:val="0"/>
                      <w:color w:val="111111"/>
                      <w:sz w:val="18"/>
                    </w:rPr>
                    <w:t>Jo Bennett - Owner</w:t>
                  </w:r>
                </w:p>
                <w:p>
                  <w:pPr>
                    <w:pStyle w:val="CardText"/>
                    <w:spacing w:before="142"/>
                    <w:jc w:val="center"/>
                  </w:pPr>
                  <w:r>
                    <w:rPr>
                      <w:b w:val="0"/>
                      <w:color w:val="111111"/>
                      <w:sz w:val="16"/>
                    </w:rPr>
                    <w:t>01632 960123</w:t>
                  </w:r>
                </w:p>
                <w:p>
                  <w:pPr>
                    <w:pStyle w:val="CardText"/>
                    <w:spacing w:before="28"/>
                    <w:jc w:val="center"/>
                  </w:pPr>
                  <w:r>
                    <w:rPr>
                      <w:b w:val="0"/>
                      <w:color w:val="111111"/>
                      <w:sz w:val="16"/>
                    </w:rPr>
                    <w:t>hello@example.co.uk</w:t>
                  </w:r>
                </w:p>
                <w:p>
                  <w:pPr>
                    <w:pStyle w:val="CardText"/>
                    <w:spacing w:before="28"/>
                    <w:jc w:val="center"/>
                  </w:pPr>
                  <w:r>
                    <w:rPr>
                      <w:b w:val="0"/>
                      <w:color w:val="111111"/>
                      <w:sz w:val="16"/>
                    </w:rPr>
                    <w:t>12 Example Street, Anytown AB1 2CD</w: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4479"/>
                  <w:shd w:val="clear" w:color="auto" w:fill="FFD100"/>
                  <w:vAlign w:val="center"/>
                  <w:tcBorders>
                    <w:left w:val="single" w:sz="12" w:space="0" w:color="111111"/>
                    <w:bottom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CardText"/>
                  </w:pPr>
                  <w:r/>
                </w:p>
              </w:tc>
            </w:tr>
          </w:tbl>
          <w:p/>
        </w:tc>
        <w:tc>
          <w:tcPr>
            <w:tcW w:type="dxa" w:w="4819"/>
            <w:tcBorders>
              <w:top w:val="dashed" w:sz="4" w:space="0" w:color="9AA5AE"/>
              <w:left w:val="dashed" w:sz="4" w:space="0" w:color="9AA5AE"/>
              <w:bottom w:val="dashed" w:sz="4" w:space="0" w:color="9AA5AE"/>
              <w:right w:val="dashed" w:sz="4" w:space="0" w:color="9AA5AE"/>
            </w:tcBorders>
          </w:tcPr>
          <w:p>
            <w:pPr>
              <w:pStyle w:val="SmallGap"/>
              <w:spacing w:line="20" w:lineRule="exact" w:after="0"/>
            </w:pPr>
          </w:p>
          <w:tbl>
            <w:tblPr>
              <w:tblLook w:firstColumn="1" w:firstRow="0" w:lastColumn="0" w:lastRow="0" w:noHBand="0" w:noVBand="1" w:val="0000"/>
              <w:tblLayout w:type="fixed"/>
              <w:tblW w:w="447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60" w:type="dxa"/>
                <w:left w:w="220" w:type="dxa"/>
                <w:bottom w:w="60" w:type="dxa"/>
                <w:right w:w="220" w:type="dxa"/>
              </w:tblCellMar>
            </w:tblPr>
            <w:tblGrid>
              <w:gridCol w:w="4479"/>
            </w:tblGrid>
            <w:tr>
              <w:trPr>
                <w:trHeight w:val="170" w:hRule="exact"/>
              </w:trPr>
              <w:tc>
                <w:tcPr>
                  <w:tcW w:type="dxa" w:w="4479"/>
                  <w:shd w:val="clear" w:color="auto" w:fill="FFD100"/>
                  <w:tcBorders>
                    <w:top w:val="single" w:sz="12" w:space="0" w:color="111111"/>
                    <w:left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SmallGap"/>
                    <w:spacing w:line="20" w:lineRule="exact"/>
                  </w:pPr>
                  <w:r/>
                </w:p>
              </w:tc>
            </w:tr>
            <w:tr>
              <w:trPr>
                <w:trHeight w:val="2239" w:hRule="exact"/>
              </w:trPr>
              <w:tc>
                <w:tcPr>
                  <w:tcW w:type="dxa" w:w="4479"/>
                  <w:shd w:val="clear" w:color="auto" w:fill="F4F2EC"/>
                  <w:tcBorders>
                    <w:left w:val="single" w:sz="12" w:space="0" w:color="111111"/>
                    <w:right w:val="single" w:sz="12" w:space="0" w:color="111111"/>
                  </w:tcBorders>
                  <w:vAlign w:val="center"/>
                </w:tcPr>
                <w:p>
                  <w:pPr>
                    <w:pStyle w:val="CardText"/>
                    <w:spacing w:before="0"/>
                    <w:jc w:val="center"/>
                  </w:pPr>
                  <w:r>
                    <w:rPr>
                      <w:rFonts w:ascii="Barlow Condensed" w:hAnsi="Barlow Condensed"/>
                      <w:b/>
                      <w:color w:val="111111"/>
                      <w:sz w:val="36"/>
                    </w:rPr>
                    <w:t>SAMPLE BAKERY</w:t>
                  </w:r>
                </w:p>
                <w:p>
                  <w:pPr>
                    <w:pStyle w:val="CardText"/>
                    <w:spacing w:before="57"/>
                    <w:jc w:val="center"/>
                  </w:pPr>
                  <w:r>
                    <w:rPr>
                      <w:b w:val="0"/>
                      <w:color w:val="111111"/>
                      <w:sz w:val="18"/>
                    </w:rPr>
                    <w:t>Jo Bennett - Owner</w:t>
                  </w:r>
                </w:p>
                <w:p>
                  <w:pPr>
                    <w:pStyle w:val="CardText"/>
                    <w:spacing w:before="142"/>
                    <w:jc w:val="center"/>
                  </w:pPr>
                  <w:r>
                    <w:rPr>
                      <w:b w:val="0"/>
                      <w:color w:val="111111"/>
                      <w:sz w:val="16"/>
                    </w:rPr>
                    <w:t>01632 960123</w:t>
                  </w:r>
                </w:p>
                <w:p>
                  <w:pPr>
                    <w:pStyle w:val="CardText"/>
                    <w:spacing w:before="28"/>
                    <w:jc w:val="center"/>
                  </w:pPr>
                  <w:r>
                    <w:rPr>
                      <w:b w:val="0"/>
                      <w:color w:val="111111"/>
                      <w:sz w:val="16"/>
                    </w:rPr>
                    <w:t>hello@example.co.uk</w:t>
                  </w:r>
                </w:p>
                <w:p>
                  <w:pPr>
                    <w:pStyle w:val="CardText"/>
                    <w:spacing w:before="28"/>
                    <w:jc w:val="center"/>
                  </w:pPr>
                  <w:r>
                    <w:rPr>
                      <w:b w:val="0"/>
                      <w:color w:val="111111"/>
                      <w:sz w:val="16"/>
                    </w:rPr>
                    <w:t>12 Example Street, Anytown AB1 2CD</w: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4479"/>
                  <w:shd w:val="clear" w:color="auto" w:fill="FFD100"/>
                  <w:vAlign w:val="center"/>
                  <w:tcBorders>
                    <w:left w:val="single" w:sz="12" w:space="0" w:color="111111"/>
                    <w:bottom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CardText"/>
                  </w:pPr>
                  <w:r/>
                </w:p>
              </w:tc>
            </w:tr>
          </w:tbl>
          <w:p/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4" w:space="0" w:color="9AA5AE"/>
              <w:left w:val="dashed" w:sz="4" w:space="0" w:color="9AA5AE"/>
              <w:bottom w:val="dashed" w:sz="4" w:space="0" w:color="9AA5AE"/>
              <w:right w:val="dashed" w:sz="4" w:space="0" w:color="9AA5AE"/>
            </w:tcBorders>
          </w:tcPr>
          <w:p>
            <w:pPr>
              <w:pStyle w:val="SmallGap"/>
              <w:spacing w:line="20" w:lineRule="exact" w:after="0"/>
            </w:pPr>
          </w:p>
          <w:tbl>
            <w:tblPr>
              <w:tblLook w:firstColumn="1" w:firstRow="0" w:lastColumn="0" w:lastRow="0" w:noHBand="0" w:noVBand="1" w:val="0000"/>
              <w:tblLayout w:type="fixed"/>
              <w:tblW w:w="447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60" w:type="dxa"/>
                <w:left w:w="220" w:type="dxa"/>
                <w:bottom w:w="60" w:type="dxa"/>
                <w:right w:w="220" w:type="dxa"/>
              </w:tblCellMar>
            </w:tblPr>
            <w:tblGrid>
              <w:gridCol w:w="4479"/>
            </w:tblGrid>
            <w:tr>
              <w:trPr>
                <w:trHeight w:val="170" w:hRule="exact"/>
              </w:trPr>
              <w:tc>
                <w:tcPr>
                  <w:tcW w:type="dxa" w:w="4479"/>
                  <w:shd w:val="clear" w:color="auto" w:fill="FFD100"/>
                  <w:tcBorders>
                    <w:top w:val="single" w:sz="12" w:space="0" w:color="111111"/>
                    <w:left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SmallGap"/>
                    <w:spacing w:line="20" w:lineRule="exact"/>
                  </w:pPr>
                  <w:r/>
                </w:p>
              </w:tc>
            </w:tr>
            <w:tr>
              <w:trPr>
                <w:trHeight w:val="2239" w:hRule="exact"/>
              </w:trPr>
              <w:tc>
                <w:tcPr>
                  <w:tcW w:type="dxa" w:w="4479"/>
                  <w:shd w:val="clear" w:color="auto" w:fill="F4F2EC"/>
                  <w:tcBorders>
                    <w:left w:val="single" w:sz="12" w:space="0" w:color="111111"/>
                    <w:right w:val="single" w:sz="12" w:space="0" w:color="111111"/>
                  </w:tcBorders>
                  <w:vAlign w:val="center"/>
                </w:tcPr>
                <w:p>
                  <w:pPr>
                    <w:pStyle w:val="CardText"/>
                    <w:spacing w:before="0"/>
                    <w:jc w:val="center"/>
                  </w:pPr>
                  <w:r>
                    <w:rPr>
                      <w:rFonts w:ascii="Barlow Condensed" w:hAnsi="Barlow Condensed"/>
                      <w:b/>
                      <w:color w:val="111111"/>
                      <w:sz w:val="36"/>
                    </w:rPr>
                    <w:t>SAMPLE BAKERY</w:t>
                  </w:r>
                </w:p>
                <w:p>
                  <w:pPr>
                    <w:pStyle w:val="CardText"/>
                    <w:spacing w:before="57"/>
                    <w:jc w:val="center"/>
                  </w:pPr>
                  <w:r>
                    <w:rPr>
                      <w:b w:val="0"/>
                      <w:color w:val="111111"/>
                      <w:sz w:val="18"/>
                    </w:rPr>
                    <w:t>Jo Bennett - Owner</w:t>
                  </w:r>
                </w:p>
                <w:p>
                  <w:pPr>
                    <w:pStyle w:val="CardText"/>
                    <w:spacing w:before="142"/>
                    <w:jc w:val="center"/>
                  </w:pPr>
                  <w:r>
                    <w:rPr>
                      <w:b w:val="0"/>
                      <w:color w:val="111111"/>
                      <w:sz w:val="16"/>
                    </w:rPr>
                    <w:t>01632 960123</w:t>
                  </w:r>
                </w:p>
                <w:p>
                  <w:pPr>
                    <w:pStyle w:val="CardText"/>
                    <w:spacing w:before="28"/>
                    <w:jc w:val="center"/>
                  </w:pPr>
                  <w:r>
                    <w:rPr>
                      <w:b w:val="0"/>
                      <w:color w:val="111111"/>
                      <w:sz w:val="16"/>
                    </w:rPr>
                    <w:t>hello@example.co.uk</w:t>
                  </w:r>
                </w:p>
                <w:p>
                  <w:pPr>
                    <w:pStyle w:val="CardText"/>
                    <w:spacing w:before="28"/>
                    <w:jc w:val="center"/>
                  </w:pPr>
                  <w:r>
                    <w:rPr>
                      <w:b w:val="0"/>
                      <w:color w:val="111111"/>
                      <w:sz w:val="16"/>
                    </w:rPr>
                    <w:t>12 Example Street, Anytown AB1 2CD</w: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4479"/>
                  <w:shd w:val="clear" w:color="auto" w:fill="FFD100"/>
                  <w:vAlign w:val="center"/>
                  <w:tcBorders>
                    <w:left w:val="single" w:sz="12" w:space="0" w:color="111111"/>
                    <w:bottom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CardText"/>
                  </w:pPr>
                  <w:r/>
                </w:p>
              </w:tc>
            </w:tr>
          </w:tbl>
          <w:p/>
        </w:tc>
        <w:tc>
          <w:tcPr>
            <w:tcW w:type="dxa" w:w="4819"/>
            <w:tcBorders>
              <w:top w:val="dashed" w:sz="4" w:space="0" w:color="9AA5AE"/>
              <w:left w:val="dashed" w:sz="4" w:space="0" w:color="9AA5AE"/>
              <w:bottom w:val="dashed" w:sz="4" w:space="0" w:color="9AA5AE"/>
              <w:right w:val="dashed" w:sz="4" w:space="0" w:color="9AA5AE"/>
            </w:tcBorders>
          </w:tcPr>
          <w:p>
            <w:pPr>
              <w:pStyle w:val="SmallGap"/>
              <w:spacing w:line="20" w:lineRule="exact" w:after="0"/>
            </w:pPr>
          </w:p>
          <w:tbl>
            <w:tblPr>
              <w:tblLook w:firstColumn="1" w:firstRow="0" w:lastColumn="0" w:lastRow="0" w:noHBand="0" w:noVBand="1" w:val="0000"/>
              <w:tblLayout w:type="fixed"/>
              <w:tblW w:w="447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60" w:type="dxa"/>
                <w:left w:w="220" w:type="dxa"/>
                <w:bottom w:w="60" w:type="dxa"/>
                <w:right w:w="220" w:type="dxa"/>
              </w:tblCellMar>
            </w:tblPr>
            <w:tblGrid>
              <w:gridCol w:w="4479"/>
            </w:tblGrid>
            <w:tr>
              <w:trPr>
                <w:trHeight w:val="170" w:hRule="exact"/>
              </w:trPr>
              <w:tc>
                <w:tcPr>
                  <w:tcW w:type="dxa" w:w="4479"/>
                  <w:shd w:val="clear" w:color="auto" w:fill="FFD100"/>
                  <w:tcBorders>
                    <w:top w:val="single" w:sz="12" w:space="0" w:color="111111"/>
                    <w:left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SmallGap"/>
                    <w:spacing w:line="20" w:lineRule="exact"/>
                  </w:pPr>
                  <w:r/>
                </w:p>
              </w:tc>
            </w:tr>
            <w:tr>
              <w:trPr>
                <w:trHeight w:val="2239" w:hRule="exact"/>
              </w:trPr>
              <w:tc>
                <w:tcPr>
                  <w:tcW w:type="dxa" w:w="4479"/>
                  <w:shd w:val="clear" w:color="auto" w:fill="F4F2EC"/>
                  <w:tcBorders>
                    <w:left w:val="single" w:sz="12" w:space="0" w:color="111111"/>
                    <w:right w:val="single" w:sz="12" w:space="0" w:color="111111"/>
                  </w:tcBorders>
                  <w:vAlign w:val="center"/>
                </w:tcPr>
                <w:p>
                  <w:pPr>
                    <w:pStyle w:val="CardText"/>
                    <w:spacing w:before="0"/>
                    <w:jc w:val="center"/>
                  </w:pPr>
                  <w:r>
                    <w:rPr>
                      <w:rFonts w:ascii="Barlow Condensed" w:hAnsi="Barlow Condensed"/>
                      <w:b/>
                      <w:color w:val="111111"/>
                      <w:sz w:val="36"/>
                    </w:rPr>
                    <w:t>SAMPLE BAKERY</w:t>
                  </w:r>
                </w:p>
                <w:p>
                  <w:pPr>
                    <w:pStyle w:val="CardText"/>
                    <w:spacing w:before="57"/>
                    <w:jc w:val="center"/>
                  </w:pPr>
                  <w:r>
                    <w:rPr>
                      <w:b w:val="0"/>
                      <w:color w:val="111111"/>
                      <w:sz w:val="18"/>
                    </w:rPr>
                    <w:t>Jo Bennett - Owner</w:t>
                  </w:r>
                </w:p>
                <w:p>
                  <w:pPr>
                    <w:pStyle w:val="CardText"/>
                    <w:spacing w:before="142"/>
                    <w:jc w:val="center"/>
                  </w:pPr>
                  <w:r>
                    <w:rPr>
                      <w:b w:val="0"/>
                      <w:color w:val="111111"/>
                      <w:sz w:val="16"/>
                    </w:rPr>
                    <w:t>01632 960123</w:t>
                  </w:r>
                </w:p>
                <w:p>
                  <w:pPr>
                    <w:pStyle w:val="CardText"/>
                    <w:spacing w:before="28"/>
                    <w:jc w:val="center"/>
                  </w:pPr>
                  <w:r>
                    <w:rPr>
                      <w:b w:val="0"/>
                      <w:color w:val="111111"/>
                      <w:sz w:val="16"/>
                    </w:rPr>
                    <w:t>hello@example.co.uk</w:t>
                  </w:r>
                </w:p>
                <w:p>
                  <w:pPr>
                    <w:pStyle w:val="CardText"/>
                    <w:spacing w:before="28"/>
                    <w:jc w:val="center"/>
                  </w:pPr>
                  <w:r>
                    <w:rPr>
                      <w:b w:val="0"/>
                      <w:color w:val="111111"/>
                      <w:sz w:val="16"/>
                    </w:rPr>
                    <w:t>12 Example Street, Anytown AB1 2CD</w: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4479"/>
                  <w:shd w:val="clear" w:color="auto" w:fill="FFD100"/>
                  <w:vAlign w:val="center"/>
                  <w:tcBorders>
                    <w:left w:val="single" w:sz="12" w:space="0" w:color="111111"/>
                    <w:bottom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CardText"/>
                  </w:pPr>
                  <w:r/>
                </w:p>
              </w:tc>
            </w:tr>
          </w:tbl>
          <w:p/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4" w:space="0" w:color="9AA5AE"/>
              <w:left w:val="dashed" w:sz="4" w:space="0" w:color="9AA5AE"/>
              <w:bottom w:val="dashed" w:sz="4" w:space="0" w:color="9AA5AE"/>
              <w:right w:val="dashed" w:sz="4" w:space="0" w:color="9AA5AE"/>
            </w:tcBorders>
          </w:tcPr>
          <w:p>
            <w:pPr>
              <w:pStyle w:val="SmallGap"/>
              <w:spacing w:line="20" w:lineRule="exact" w:after="0"/>
            </w:pPr>
          </w:p>
          <w:tbl>
            <w:tblPr>
              <w:tblLook w:firstColumn="1" w:firstRow="0" w:lastColumn="0" w:lastRow="0" w:noHBand="0" w:noVBand="1" w:val="0000"/>
              <w:tblLayout w:type="fixed"/>
              <w:tblW w:w="447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60" w:type="dxa"/>
                <w:left w:w="220" w:type="dxa"/>
                <w:bottom w:w="60" w:type="dxa"/>
                <w:right w:w="220" w:type="dxa"/>
              </w:tblCellMar>
            </w:tblPr>
            <w:tblGrid>
              <w:gridCol w:w="4479"/>
            </w:tblGrid>
            <w:tr>
              <w:trPr>
                <w:trHeight w:val="170" w:hRule="exact"/>
              </w:trPr>
              <w:tc>
                <w:tcPr>
                  <w:tcW w:type="dxa" w:w="4479"/>
                  <w:shd w:val="clear" w:color="auto" w:fill="FFD100"/>
                  <w:tcBorders>
                    <w:top w:val="single" w:sz="12" w:space="0" w:color="111111"/>
                    <w:left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SmallGap"/>
                    <w:spacing w:line="20" w:lineRule="exact"/>
                  </w:pPr>
                  <w:r/>
                </w:p>
              </w:tc>
            </w:tr>
            <w:tr>
              <w:trPr>
                <w:trHeight w:val="2239" w:hRule="exact"/>
              </w:trPr>
              <w:tc>
                <w:tcPr>
                  <w:tcW w:type="dxa" w:w="4479"/>
                  <w:shd w:val="clear" w:color="auto" w:fill="F4F2EC"/>
                  <w:tcBorders>
                    <w:left w:val="single" w:sz="12" w:space="0" w:color="111111"/>
                    <w:right w:val="single" w:sz="12" w:space="0" w:color="111111"/>
                  </w:tcBorders>
                  <w:vAlign w:val="center"/>
                </w:tcPr>
                <w:p>
                  <w:pPr>
                    <w:pStyle w:val="CardText"/>
                    <w:spacing w:before="0"/>
                    <w:jc w:val="center"/>
                  </w:pPr>
                  <w:r>
                    <w:rPr>
                      <w:rFonts w:ascii="Barlow Condensed" w:hAnsi="Barlow Condensed"/>
                      <w:b/>
                      <w:color w:val="111111"/>
                      <w:sz w:val="36"/>
                    </w:rPr>
                    <w:t>SAMPLE BAKERY</w:t>
                  </w:r>
                </w:p>
                <w:p>
                  <w:pPr>
                    <w:pStyle w:val="CardText"/>
                    <w:spacing w:before="57"/>
                    <w:jc w:val="center"/>
                  </w:pPr>
                  <w:r>
                    <w:rPr>
                      <w:b w:val="0"/>
                      <w:color w:val="111111"/>
                      <w:sz w:val="18"/>
                    </w:rPr>
                    <w:t>Jo Bennett - Owner</w:t>
                  </w:r>
                </w:p>
                <w:p>
                  <w:pPr>
                    <w:pStyle w:val="CardText"/>
                    <w:spacing w:before="142"/>
                    <w:jc w:val="center"/>
                  </w:pPr>
                  <w:r>
                    <w:rPr>
                      <w:b w:val="0"/>
                      <w:color w:val="111111"/>
                      <w:sz w:val="16"/>
                    </w:rPr>
                    <w:t>01632 960123</w:t>
                  </w:r>
                </w:p>
                <w:p>
                  <w:pPr>
                    <w:pStyle w:val="CardText"/>
                    <w:spacing w:before="28"/>
                    <w:jc w:val="center"/>
                  </w:pPr>
                  <w:r>
                    <w:rPr>
                      <w:b w:val="0"/>
                      <w:color w:val="111111"/>
                      <w:sz w:val="16"/>
                    </w:rPr>
                    <w:t>hello@example.co.uk</w:t>
                  </w:r>
                </w:p>
                <w:p>
                  <w:pPr>
                    <w:pStyle w:val="CardText"/>
                    <w:spacing w:before="28"/>
                    <w:jc w:val="center"/>
                  </w:pPr>
                  <w:r>
                    <w:rPr>
                      <w:b w:val="0"/>
                      <w:color w:val="111111"/>
                      <w:sz w:val="16"/>
                    </w:rPr>
                    <w:t>12 Example Street, Anytown AB1 2CD</w: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4479"/>
                  <w:shd w:val="clear" w:color="auto" w:fill="FFD100"/>
                  <w:vAlign w:val="center"/>
                  <w:tcBorders>
                    <w:left w:val="single" w:sz="12" w:space="0" w:color="111111"/>
                    <w:bottom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CardText"/>
                  </w:pPr>
                  <w:r/>
                </w:p>
              </w:tc>
            </w:tr>
          </w:tbl>
          <w:p/>
        </w:tc>
        <w:tc>
          <w:tcPr>
            <w:tcW w:type="dxa" w:w="4819"/>
            <w:tcBorders>
              <w:top w:val="dashed" w:sz="4" w:space="0" w:color="9AA5AE"/>
              <w:left w:val="dashed" w:sz="4" w:space="0" w:color="9AA5AE"/>
              <w:bottom w:val="dashed" w:sz="4" w:space="0" w:color="9AA5AE"/>
              <w:right w:val="dashed" w:sz="4" w:space="0" w:color="9AA5AE"/>
            </w:tcBorders>
          </w:tcPr>
          <w:p>
            <w:pPr>
              <w:pStyle w:val="SmallGap"/>
              <w:spacing w:line="20" w:lineRule="exact" w:after="0"/>
            </w:pPr>
          </w:p>
          <w:tbl>
            <w:tblPr>
              <w:tblLook w:firstColumn="1" w:firstRow="0" w:lastColumn="0" w:lastRow="0" w:noHBand="0" w:noVBand="1" w:val="0000"/>
              <w:tblLayout w:type="fixed"/>
              <w:tblW w:w="4479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60" w:type="dxa"/>
                <w:left w:w="220" w:type="dxa"/>
                <w:bottom w:w="60" w:type="dxa"/>
                <w:right w:w="220" w:type="dxa"/>
              </w:tblCellMar>
            </w:tblPr>
            <w:tblGrid>
              <w:gridCol w:w="4479"/>
            </w:tblGrid>
            <w:tr>
              <w:trPr>
                <w:trHeight w:val="170" w:hRule="exact"/>
              </w:trPr>
              <w:tc>
                <w:tcPr>
                  <w:tcW w:type="dxa" w:w="4479"/>
                  <w:shd w:val="clear" w:color="auto" w:fill="FFD100"/>
                  <w:tcBorders>
                    <w:top w:val="single" w:sz="12" w:space="0" w:color="111111"/>
                    <w:left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SmallGap"/>
                    <w:spacing w:line="20" w:lineRule="exact"/>
                  </w:pPr>
                  <w:r/>
                </w:p>
              </w:tc>
            </w:tr>
            <w:tr>
              <w:trPr>
                <w:trHeight w:val="2239" w:hRule="exact"/>
              </w:trPr>
              <w:tc>
                <w:tcPr>
                  <w:tcW w:type="dxa" w:w="4479"/>
                  <w:shd w:val="clear" w:color="auto" w:fill="F4F2EC"/>
                  <w:tcBorders>
                    <w:left w:val="single" w:sz="12" w:space="0" w:color="111111"/>
                    <w:right w:val="single" w:sz="12" w:space="0" w:color="111111"/>
                  </w:tcBorders>
                  <w:vAlign w:val="center"/>
                </w:tcPr>
                <w:p>
                  <w:pPr>
                    <w:pStyle w:val="CardText"/>
                    <w:spacing w:before="0"/>
                    <w:jc w:val="center"/>
                  </w:pPr>
                  <w:r>
                    <w:rPr>
                      <w:rFonts w:ascii="Barlow Condensed" w:hAnsi="Barlow Condensed"/>
                      <w:b/>
                      <w:color w:val="111111"/>
                      <w:sz w:val="36"/>
                    </w:rPr>
                    <w:t>SAMPLE BAKERY</w:t>
                  </w:r>
                </w:p>
                <w:p>
                  <w:pPr>
                    <w:pStyle w:val="CardText"/>
                    <w:spacing w:before="57"/>
                    <w:jc w:val="center"/>
                  </w:pPr>
                  <w:r>
                    <w:rPr>
                      <w:b w:val="0"/>
                      <w:color w:val="111111"/>
                      <w:sz w:val="18"/>
                    </w:rPr>
                    <w:t>Jo Bennett - Owner</w:t>
                  </w:r>
                </w:p>
                <w:p>
                  <w:pPr>
                    <w:pStyle w:val="CardText"/>
                    <w:spacing w:before="142"/>
                    <w:jc w:val="center"/>
                  </w:pPr>
                  <w:r>
                    <w:rPr>
                      <w:b w:val="0"/>
                      <w:color w:val="111111"/>
                      <w:sz w:val="16"/>
                    </w:rPr>
                    <w:t>01632 960123</w:t>
                  </w:r>
                </w:p>
                <w:p>
                  <w:pPr>
                    <w:pStyle w:val="CardText"/>
                    <w:spacing w:before="28"/>
                    <w:jc w:val="center"/>
                  </w:pPr>
                  <w:r>
                    <w:rPr>
                      <w:b w:val="0"/>
                      <w:color w:val="111111"/>
                      <w:sz w:val="16"/>
                    </w:rPr>
                    <w:t>hello@example.co.uk</w:t>
                  </w:r>
                </w:p>
                <w:p>
                  <w:pPr>
                    <w:pStyle w:val="CardText"/>
                    <w:spacing w:before="28"/>
                    <w:jc w:val="center"/>
                  </w:pPr>
                  <w:r>
                    <w:rPr>
                      <w:b w:val="0"/>
                      <w:color w:val="111111"/>
                      <w:sz w:val="16"/>
                    </w:rPr>
                    <w:t>12 Example Street, Anytown AB1 2CD</w: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4479"/>
                  <w:shd w:val="clear" w:color="auto" w:fill="FFD100"/>
                  <w:vAlign w:val="center"/>
                  <w:tcBorders>
                    <w:left w:val="single" w:sz="12" w:space="0" w:color="111111"/>
                    <w:bottom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CardText"/>
                  </w:pPr>
                  <w:r/>
                </w:p>
              </w:tc>
            </w:tr>
          </w:tbl>
          <w:p/>
        </w:tc>
      </w:tr>
    </w:tbl>
    <w:p>
      <w:pPr>
        <w:pStyle w:val="SmallGap"/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595" w:right="1134" w:bottom="0" w:left="113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18A90D7B-6D2A-472A-A1CA-D29EC361FC2A}"/>
    <w:embedBold r:id="rId2" w:fontKey="{971E5DD9-972A-4C18-9D62-AC0C481A2BB7}"/>
  </w:font>
  <w:font w:name="Barlow Condensed">
    <w:charset w:val="00"/>
    <w:family w:val="swiss"/>
    <w:pitch w:val="variable"/>
    <w:embedBold r:id="rId3" w:fontKey="{63F35945-9240-4BCF-A870-FB4A490B1F90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2F485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2F485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2F4858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2F4858"/>
        <w:left w:val="single" w:sz="10" w:space="0" w:color="2F4858"/>
        <w:bottom w:val="single" w:sz="10" w:space="0" w:color="2F4858"/>
        <w:right w:val="single" w:sz="10" w:space="0" w:color="2F4858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card (plain, centred) - worked example</dc:title>
  <dc:subject>Business card (plain, centred)</dc:subject>
  <dc:creator>postertemplate.co.uk</dc:creator>
  <cp:keywords>business card, centred, minimal, 85 x 55 mm, printable, 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