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Your Name</w:t>
      </w:r>
    </w:p>
    <w:p>
      <w:pPr>
        <w:pStyle w:val="SubtitleText"/>
      </w:pPr>
      <w:r>
        <w:t>Job title you are applying for</w:t>
      </w: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54"/>
        <w:gridCol w:w="2778"/>
        <w:gridCol w:w="340"/>
        <w:gridCol w:w="2154"/>
        <w:gridCol w:w="2778"/>
      </w:tblGrid>
      <w:tr>
        <w:trPr>
          <w:trHeight w:val="425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Phone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Email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</w:tr>
      <w:tr>
        <w:trPr>
          <w:trHeight w:val="425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Location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LinkedIn / portfolio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</w:tr>
    </w:tbl>
    <w:p>
      <w:pPr>
        <w:pStyle w:val="SmallGap"/>
        <w:spacing w:after="85"/>
      </w:pPr>
    </w:p>
    <w:p>
      <w:pPr>
        <w:pStyle w:val="Heading2"/>
      </w:pPr>
      <w:r>
        <w:t>Personal profile</w:t>
      </w:r>
    </w:p>
    <w:p>
      <w:pPr>
        <w:pStyle w:val="Ruled"/>
        <w:pBdr>
          <w:bottom w:val="single" w:sz="6" w:space="1" w:color="9AA5AE"/>
        </w:pBdr>
        <w:spacing w:line="454" w:lineRule="exact"/>
      </w:pPr>
      <w:r/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454" w:lineRule="exact"/>
      </w:pPr>
      <w:r/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454" w:lineRule="exact"/>
      </w:pPr>
      <w:r/>
    </w:p>
    <w:p>
      <w:pPr>
        <w:pStyle w:val="Heading2"/>
      </w:pPr>
      <w:r>
        <w:t>Work experience</w:t>
      </w: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single" w:sz="4" w:space="0" w:color="7F8C97"/>
          <w:left w:val="single" w:sz="4" w:space="0" w:color="7F8C97"/>
          <w:bottom w:val="single" w:sz="4" w:space="0" w:color="7F8C97"/>
          <w:right w:val="single" w:sz="4" w:space="0" w:color="7F8C97"/>
          <w:insideH w:val="single" w:sz="4" w:space="0" w:color="7F8C97"/>
          <w:insideV w:val="single" w:sz="4" w:space="0" w:color="7F8C97"/>
        </w:tblBorders>
      </w:tblPr>
      <w:tblGrid>
        <w:gridCol w:w="1701"/>
        <w:gridCol w:w="2835"/>
        <w:gridCol w:w="5670"/>
      </w:tblGrid>
      <w:tr>
        <w:trPr>
          <w:cantSplit w:val="true"/>
          <w:tblHeader w:val="true"/>
        </w:trPr>
        <w:tc>
          <w:tcPr>
            <w:tcW w:type="dxa" w:w="1701"/>
            <w:shd w:val="clear" w:color="auto" w:fill="2F4858"/>
          </w:tcPr>
          <w:p>
            <w:pPr>
              <w:pStyle w:val="TableHead"/>
            </w:pPr>
            <w:r>
              <w:t>Dates</w:t>
            </w:r>
          </w:p>
        </w:tc>
        <w:tc>
          <w:tcPr>
            <w:tcW w:type="dxa" w:w="2835"/>
            <w:shd w:val="clear" w:color="auto" w:fill="2F4858"/>
          </w:tcPr>
          <w:p>
            <w:pPr>
              <w:pStyle w:val="TableHead"/>
            </w:pPr>
            <w:r>
              <w:t>Job title and employer</w:t>
            </w:r>
          </w:p>
        </w:tc>
        <w:tc>
          <w:tcPr>
            <w:tcW w:type="dxa" w:w="5669"/>
            <w:shd w:val="clear" w:color="auto" w:fill="2F4858"/>
          </w:tcPr>
          <w:p>
            <w:pPr>
              <w:pStyle w:val="TableHead"/>
            </w:pPr>
            <w:r>
              <w:t>What you did and achieved</w:t>
            </w:r>
          </w:p>
        </w:tc>
      </w:tr>
      <w:tr>
        <w:trPr>
          <w:cantSplit w:val="true"/>
          <w:trHeight w:val="1247" w:hRule="atLeast"/>
        </w:trPr>
        <w:tc>
          <w:tcPr>
            <w:tcW w:type="dxa" w:w="1701"/>
          </w:tcPr>
          <w:p>
            <w:pPr>
              <w:pStyle w:val="TableText"/>
            </w:pPr>
            <w:r/>
          </w:p>
        </w:tc>
        <w:tc>
          <w:tcPr>
            <w:tcW w:type="dxa" w:w="2835"/>
          </w:tcPr>
          <w:p>
            <w:pPr>
              <w:pStyle w:val="TableText"/>
            </w:pPr>
            <w:r/>
          </w:p>
        </w:tc>
        <w:tc>
          <w:tcPr>
            <w:tcW w:type="dxa" w:w="5669"/>
          </w:tcPr>
          <w:p>
            <w:pPr>
              <w:pStyle w:val="TableText"/>
            </w:pPr>
            <w:r/>
          </w:p>
        </w:tc>
      </w:tr>
      <w:tr>
        <w:trPr>
          <w:cantSplit w:val="true"/>
          <w:trHeight w:val="1247" w:hRule="atLeast"/>
        </w:trPr>
        <w:tc>
          <w:tcPr>
            <w:tcW w:type="dxa" w:w="1701"/>
          </w:tcPr>
          <w:p>
            <w:pPr>
              <w:pStyle w:val="TableText"/>
            </w:pPr>
            <w:r/>
          </w:p>
        </w:tc>
        <w:tc>
          <w:tcPr>
            <w:tcW w:type="dxa" w:w="2835"/>
          </w:tcPr>
          <w:p>
            <w:pPr>
              <w:pStyle w:val="TableText"/>
            </w:pPr>
            <w:r/>
          </w:p>
        </w:tc>
        <w:tc>
          <w:tcPr>
            <w:tcW w:type="dxa" w:w="5669"/>
          </w:tcPr>
          <w:p>
            <w:pPr>
              <w:pStyle w:val="TableText"/>
            </w:pPr>
            <w:r/>
          </w:p>
        </w:tc>
      </w:tr>
      <w:tr>
        <w:trPr>
          <w:cantSplit w:val="true"/>
          <w:trHeight w:val="1247" w:hRule="atLeast"/>
        </w:trPr>
        <w:tc>
          <w:tcPr>
            <w:tcW w:type="dxa" w:w="1701"/>
          </w:tcPr>
          <w:p>
            <w:pPr>
              <w:pStyle w:val="TableText"/>
            </w:pPr>
            <w:r/>
          </w:p>
        </w:tc>
        <w:tc>
          <w:tcPr>
            <w:tcW w:type="dxa" w:w="2835"/>
          </w:tcPr>
          <w:p>
            <w:pPr>
              <w:pStyle w:val="TableText"/>
            </w:pPr>
            <w:r/>
          </w:p>
        </w:tc>
        <w:tc>
          <w:tcPr>
            <w:tcW w:type="dxa" w:w="5669"/>
          </w:tcPr>
          <w:p>
            <w:pPr>
              <w:pStyle w:val="TableText"/>
            </w:pPr>
            <w:r/>
          </w:p>
        </w:tc>
      </w:tr>
    </w:tbl>
    <w:p>
      <w:pPr>
        <w:pStyle w:val="SmallGap"/>
        <w:spacing w:after="85"/>
      </w:pPr>
    </w:p>
    <w:p>
      <w:pPr>
        <w:pStyle w:val="Heading2"/>
      </w:pPr>
      <w:r>
        <w:t>Education and training</w:t>
      </w: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single" w:sz="4" w:space="0" w:color="7F8C97"/>
          <w:left w:val="single" w:sz="4" w:space="0" w:color="7F8C97"/>
          <w:bottom w:val="single" w:sz="4" w:space="0" w:color="7F8C97"/>
          <w:right w:val="single" w:sz="4" w:space="0" w:color="7F8C97"/>
          <w:insideH w:val="single" w:sz="4" w:space="0" w:color="7F8C97"/>
          <w:insideV w:val="single" w:sz="4" w:space="0" w:color="7F8C97"/>
        </w:tblBorders>
      </w:tblPr>
      <w:tblGrid>
        <w:gridCol w:w="1701"/>
        <w:gridCol w:w="4252"/>
        <w:gridCol w:w="4252"/>
      </w:tblGrid>
      <w:tr>
        <w:trPr>
          <w:cantSplit w:val="true"/>
          <w:tblHeader w:val="true"/>
        </w:trPr>
        <w:tc>
          <w:tcPr>
            <w:tcW w:type="dxa" w:w="1701"/>
            <w:shd w:val="clear" w:color="auto" w:fill="2F4858"/>
          </w:tcPr>
          <w:p>
            <w:pPr>
              <w:pStyle w:val="TableHead"/>
            </w:pPr>
            <w:r>
              <w:t>Dates</w:t>
            </w:r>
          </w:p>
        </w:tc>
        <w:tc>
          <w:tcPr>
            <w:tcW w:type="dxa" w:w="4252"/>
            <w:shd w:val="clear" w:color="auto" w:fill="2F4858"/>
          </w:tcPr>
          <w:p>
            <w:pPr>
              <w:pStyle w:val="TableHead"/>
            </w:pPr>
            <w:r>
              <w:t>Course or qualification</w:t>
            </w:r>
          </w:p>
        </w:tc>
        <w:tc>
          <w:tcPr>
            <w:tcW w:type="dxa" w:w="4252"/>
            <w:shd w:val="clear" w:color="auto" w:fill="2F4858"/>
          </w:tcPr>
          <w:p>
            <w:pPr>
              <w:pStyle w:val="TableHead"/>
            </w:pPr>
            <w:r>
              <w:t>Where</w:t>
            </w:r>
          </w:p>
        </w:tc>
      </w:tr>
      <w:tr>
        <w:trPr>
          <w:cantSplit w:val="true"/>
          <w:trHeight w:val="567" w:hRule="atLeast"/>
        </w:trPr>
        <w:tc>
          <w:tcPr>
            <w:tcW w:type="dxa" w:w="1701"/>
          </w:tcPr>
          <w:p>
            <w:pPr>
              <w:pStyle w:val="TableText"/>
            </w:pPr>
            <w:r/>
          </w:p>
        </w:tc>
        <w:tc>
          <w:tcPr>
            <w:tcW w:type="dxa" w:w="4252"/>
          </w:tcPr>
          <w:p>
            <w:pPr>
              <w:pStyle w:val="TableText"/>
            </w:pPr>
            <w:r/>
          </w:p>
        </w:tc>
        <w:tc>
          <w:tcPr>
            <w:tcW w:type="dxa" w:w="4252"/>
          </w:tcPr>
          <w:p>
            <w:pPr>
              <w:pStyle w:val="TableText"/>
            </w:pPr>
            <w:r/>
          </w:p>
        </w:tc>
      </w:tr>
      <w:tr>
        <w:trPr>
          <w:cantSplit w:val="true"/>
          <w:trHeight w:val="567" w:hRule="atLeast"/>
        </w:trPr>
        <w:tc>
          <w:tcPr>
            <w:tcW w:type="dxa" w:w="1701"/>
          </w:tcPr>
          <w:p>
            <w:pPr>
              <w:pStyle w:val="TableText"/>
            </w:pPr>
            <w:r/>
          </w:p>
        </w:tc>
        <w:tc>
          <w:tcPr>
            <w:tcW w:type="dxa" w:w="4252"/>
          </w:tcPr>
          <w:p>
            <w:pPr>
              <w:pStyle w:val="TableText"/>
            </w:pPr>
            <w:r/>
          </w:p>
        </w:tc>
        <w:tc>
          <w:tcPr>
            <w:tcW w:type="dxa" w:w="4252"/>
          </w:tcPr>
          <w:p>
            <w:pPr>
              <w:pStyle w:val="TableText"/>
            </w:pPr>
            <w:r/>
          </w:p>
        </w:tc>
      </w:tr>
      <w:tr>
        <w:trPr>
          <w:cantSplit w:val="true"/>
          <w:trHeight w:val="567" w:hRule="atLeast"/>
        </w:trPr>
        <w:tc>
          <w:tcPr>
            <w:tcW w:type="dxa" w:w="1701"/>
          </w:tcPr>
          <w:p>
            <w:pPr>
              <w:pStyle w:val="TableText"/>
            </w:pPr>
            <w:r/>
          </w:p>
        </w:tc>
        <w:tc>
          <w:tcPr>
            <w:tcW w:type="dxa" w:w="4252"/>
          </w:tcPr>
          <w:p>
            <w:pPr>
              <w:pStyle w:val="TableText"/>
            </w:pPr>
            <w:r/>
          </w:p>
        </w:tc>
        <w:tc>
          <w:tcPr>
            <w:tcW w:type="dxa" w:w="4252"/>
          </w:tcPr>
          <w:p>
            <w:pPr>
              <w:pStyle w:val="TableText"/>
            </w:pPr>
            <w:r/>
          </w:p>
        </w:tc>
      </w:tr>
    </w:tbl>
    <w:p>
      <w:pPr>
        <w:pStyle w:val="SmallGap"/>
        <w:spacing w:after="85"/>
      </w:pP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54"/>
        <w:gridCol w:w="8051"/>
      </w:tblGrid>
      <w:tr>
        <w:trPr>
          <w:trHeight w:val="482" w:hRule="atLeast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Key skills</w:t>
            </w:r>
          </w:p>
        </w:tc>
        <w:tc>
          <w:tcPr>
            <w:tcW w:type="dxa" w:w="8050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</w:tr>
      <w:tr>
        <w:trPr>
          <w:trHeight w:val="482" w:hRule="atLeast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Interests</w:t>
            </w:r>
          </w:p>
        </w:tc>
        <w:tc>
          <w:tcPr>
            <w:tcW w:type="dxa" w:w="8050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</w:tr>
      <w:tr>
        <w:trPr>
          <w:trHeight w:val="482" w:hRule="atLeast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References</w:t>
            </w:r>
          </w:p>
        </w:tc>
        <w:tc>
          <w:tcPr>
            <w:tcW w:type="dxa" w:w="8050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</w:tr>
    </w:tbl>
    <w:p>
      <w:pPr>
        <w:pStyle w:val="SmallGap"/>
        <w:spacing w:after="85"/>
      </w:pPr>
    </w:p>
    <w:sectPr w:rsidR="00FC693F" w:rsidRPr="0006063C" w:rsidSect="00034616">
      <w:footerReference w:type="default" r:id="rId9"/>
      <w:pgSz w:w="11906" w:h="16838"/>
      <w:pgMar w:top="850" w:right="850" w:bottom="964" w:left="850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65382103-E4C4-49D4-8D58-CFAFFBBD85DE}"/>
    <w:embedBold r:id="rId2" w:fontKey="{37CDEC56-FD66-4D9D-8837-471863976181}"/>
  </w:font>
  <w:font w:name="Barlow Condensed">
    <w:charset w:val="00"/>
    <w:family w:val="swiss"/>
    <w:pitch w:val="variable"/>
    <w:embedBold r:id="rId3" w:fontKey="{E3514082-180E-4662-AB74-416643A354FB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0205" w:val="right"/>
      </w:tabs>
    </w:pPr>
    <w:r>
      <w:t>Free CV template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2F485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2F485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2F485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2F4858"/>
        <w:left w:val="single" w:sz="10" w:space="0" w:color="2F4858"/>
        <w:bottom w:val="single" w:sz="10" w:space="0" w:color="2F4858"/>
        <w:right w:val="single" w:sz="10" w:space="0" w:color="2F4858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subject>CV</dc:subject>
  <dc:creator>postertemplate.co.uk</dc:creator>
  <cp:keywords>template, printable, letter-form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