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Jordan Ellis</w:t>
      </w:r>
    </w:p>
    <w:p>
      <w:pPr>
        <w:pStyle w:val="SubtitleText"/>
      </w:pPr>
      <w:r>
        <w:t>Retail Supervisor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Phone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07700 900456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Email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jordan.ellis@example.com</w:t>
            </w:r>
          </w:p>
        </w:tc>
      </w:tr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Location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Anytown, Exampleshire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LinkedIn / portfolio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linkedin.com/in/example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Personal profile</w:t>
      </w:r>
    </w:p>
    <w:p>
      <w:pPr>
        <w:pStyle w:val="Ruled"/>
        <w:pBdr>
          <w:bottom w:val="single" w:sz="6" w:space="1" w:color="9AA5AE"/>
        </w:pBdr>
        <w:spacing w:line="454" w:lineRule="exact"/>
      </w:pPr>
      <w:r>
        <w:t>Friendly, organised retail supervisor with five years' experience in busy high-street stores.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454" w:lineRule="exact"/>
      </w:pPr>
      <w:r>
        <w:t>I lead small teams, keep stock accurate and look after customers well.</w:t>
      </w:r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454" w:lineRule="exact"/>
      </w:pPr>
      <w:r>
        <w:t>I want an assistant manager role where I can grow my people-management skills.</w:t>
      </w:r>
    </w:p>
    <w:p>
      <w:pPr>
        <w:pStyle w:val="Heading2"/>
      </w:pPr>
      <w:r>
        <w:t>Work experience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1701"/>
        <w:gridCol w:w="2835"/>
        <w:gridCol w:w="5670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2F4858"/>
          </w:tcPr>
          <w:p>
            <w:pPr>
              <w:pStyle w:val="TableHead"/>
            </w:pPr>
            <w:r>
              <w:t>Dates</w:t>
            </w:r>
          </w:p>
        </w:tc>
        <w:tc>
          <w:tcPr>
            <w:tcW w:type="dxa" w:w="2835"/>
            <w:shd w:val="clear" w:color="auto" w:fill="2F4858"/>
          </w:tcPr>
          <w:p>
            <w:pPr>
              <w:pStyle w:val="TableHead"/>
            </w:pPr>
            <w:r>
              <w:t>Job title and employer</w:t>
            </w:r>
          </w:p>
        </w:tc>
        <w:tc>
          <w:tcPr>
            <w:tcW w:type="dxa" w:w="5669"/>
            <w:shd w:val="clear" w:color="auto" w:fill="2F4858"/>
          </w:tcPr>
          <w:p>
            <w:pPr>
              <w:pStyle w:val="TableHead"/>
            </w:pPr>
            <w:r>
              <w:t>What you did and achieved</w:t>
            </w:r>
          </w:p>
        </w:tc>
      </w:tr>
      <w:tr>
        <w:trPr>
          <w:cantSplit w:val="true"/>
          <w:trHeight w:val="1247" w:hRule="atLeast"/>
        </w:trPr>
        <w:tc>
          <w:tcPr>
            <w:tcW w:type="dxa" w:w="1701"/>
          </w:tcPr>
          <w:p>
            <w:pPr>
              <w:pStyle w:val="TableText"/>
            </w:pPr>
            <w:r>
              <w:t>03/2023 - present</w:t>
            </w:r>
          </w:p>
        </w:tc>
        <w:tc>
          <w:tcPr>
            <w:tcW w:type="dxa" w:w="2835"/>
          </w:tcPr>
          <w:p>
            <w:pPr>
              <w:pStyle w:val="TableText"/>
            </w:pPr>
            <w:r>
              <w:t>Retail Supervisor</w:t>
              <w:br/>
            </w:r>
            <w:r>
              <w:t>Example Home Store, Anytown</w:t>
            </w:r>
          </w:p>
        </w:tc>
        <w:tc>
          <w:tcPr>
            <w:tcW w:type="dxa" w:w="5669"/>
          </w:tcPr>
          <w:p>
            <w:pPr>
              <w:pStyle w:val="TableText"/>
            </w:pPr>
            <w:r>
              <w:t>Run a team of 6 on the shop floor. Plan weekly rotas. Cut stock-count errors by setting up a simple daily check. Train new starters.</w:t>
            </w:r>
          </w:p>
        </w:tc>
      </w:tr>
      <w:tr>
        <w:trPr>
          <w:cantSplit w:val="true"/>
          <w:trHeight w:val="1247" w:hRule="atLeast"/>
        </w:trPr>
        <w:tc>
          <w:tcPr>
            <w:tcW w:type="dxa" w:w="1701"/>
          </w:tcPr>
          <w:p>
            <w:pPr>
              <w:pStyle w:val="TableText"/>
            </w:pPr>
            <w:r>
              <w:t>06/2020 - 02/2023</w:t>
            </w:r>
          </w:p>
        </w:tc>
        <w:tc>
          <w:tcPr>
            <w:tcW w:type="dxa" w:w="2835"/>
          </w:tcPr>
          <w:p>
            <w:pPr>
              <w:pStyle w:val="TableText"/>
            </w:pPr>
            <w:r>
              <w:t>Sales Assistant</w:t>
              <w:br/>
            </w:r>
            <w:r>
              <w:t>Sample Fashion Ltd, Anytown</w:t>
            </w:r>
          </w:p>
        </w:tc>
        <w:tc>
          <w:tcPr>
            <w:tcW w:type="dxa" w:w="5669"/>
          </w:tcPr>
          <w:p>
            <w:pPr>
              <w:pStyle w:val="TableText"/>
            </w:pPr>
            <w:r>
              <w:t>Served customers, handled returns and set up window displays. Named team member of the month three times.</w:t>
            </w:r>
          </w:p>
        </w:tc>
      </w:tr>
      <w:tr>
        <w:trPr>
          <w:cantSplit w:val="true"/>
          <w:trHeight w:val="1247" w:hRule="atLeast"/>
        </w:trPr>
        <w:tc>
          <w:tcPr>
            <w:tcW w:type="dxa" w:w="1701"/>
          </w:tcPr>
          <w:p>
            <w:pPr>
              <w:pStyle w:val="TableText"/>
            </w:pPr>
            <w:r>
              <w:t>09/2018 - 05/2020</w:t>
            </w:r>
          </w:p>
        </w:tc>
        <w:tc>
          <w:tcPr>
            <w:tcW w:type="dxa" w:w="2835"/>
          </w:tcPr>
          <w:p>
            <w:pPr>
              <w:pStyle w:val="TableText"/>
            </w:pPr>
            <w:r>
              <w:t>Weekend Team Member</w:t>
              <w:br/>
            </w:r>
            <w:r>
              <w:t>Corner Cafe, Anytown</w:t>
            </w:r>
          </w:p>
        </w:tc>
        <w:tc>
          <w:tcPr>
            <w:tcW w:type="dxa" w:w="5669"/>
          </w:tcPr>
          <w:p>
            <w:pPr>
              <w:pStyle w:val="TableText"/>
            </w:pPr>
            <w:r>
              <w:t>Took orders, handled cash and kept the cafe clean and safe during busy weekend shifts.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Education and training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1701"/>
        <w:gridCol w:w="4252"/>
        <w:gridCol w:w="4252"/>
      </w:tblGrid>
      <w:tr>
        <w:trPr>
          <w:cantSplit w:val="true"/>
          <w:tblHeader w:val="true"/>
        </w:trPr>
        <w:tc>
          <w:tcPr>
            <w:tcW w:type="dxa" w:w="1701"/>
            <w:shd w:val="clear" w:color="auto" w:fill="2F4858"/>
          </w:tcPr>
          <w:p>
            <w:pPr>
              <w:pStyle w:val="TableHead"/>
            </w:pPr>
            <w:r>
              <w:t>Dates</w:t>
            </w:r>
          </w:p>
        </w:tc>
        <w:tc>
          <w:tcPr>
            <w:tcW w:type="dxa" w:w="4252"/>
            <w:shd w:val="clear" w:color="auto" w:fill="2F4858"/>
          </w:tcPr>
          <w:p>
            <w:pPr>
              <w:pStyle w:val="TableHead"/>
            </w:pPr>
            <w:r>
              <w:t>Course or qualification</w:t>
            </w:r>
          </w:p>
        </w:tc>
        <w:tc>
          <w:tcPr>
            <w:tcW w:type="dxa" w:w="4252"/>
            <w:shd w:val="clear" w:color="auto" w:fill="2F4858"/>
          </w:tcPr>
          <w:p>
            <w:pPr>
              <w:pStyle w:val="TableHead"/>
            </w:pPr>
            <w:r>
              <w:t>Where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1701"/>
          </w:tcPr>
          <w:p>
            <w:pPr>
              <w:pStyle w:val="TableText"/>
            </w:pPr>
            <w:r>
              <w:t>2024</w:t>
            </w:r>
          </w:p>
        </w:tc>
        <w:tc>
          <w:tcPr>
            <w:tcW w:type="dxa" w:w="4252"/>
          </w:tcPr>
          <w:p>
            <w:pPr>
              <w:pStyle w:val="TableText"/>
            </w:pPr>
            <w:r>
              <w:t>Level 3 Team Leading course</w:t>
            </w:r>
          </w:p>
        </w:tc>
        <w:tc>
          <w:tcPr>
            <w:tcW w:type="dxa" w:w="4252"/>
          </w:tcPr>
          <w:p>
            <w:pPr>
              <w:pStyle w:val="TableText"/>
            </w:pPr>
            <w:r>
              <w:t>Anytown College (evening course)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1701"/>
          </w:tcPr>
          <w:p>
            <w:pPr>
              <w:pStyle w:val="TableText"/>
            </w:pPr>
            <w:r>
              <w:t>2016 - 2018</w:t>
            </w:r>
          </w:p>
        </w:tc>
        <w:tc>
          <w:tcPr>
            <w:tcW w:type="dxa" w:w="4252"/>
          </w:tcPr>
          <w:p>
            <w:pPr>
              <w:pStyle w:val="TableText"/>
            </w:pPr>
            <w:r>
              <w:t>A levels: Business, English, Art</w:t>
            </w:r>
          </w:p>
        </w:tc>
        <w:tc>
          <w:tcPr>
            <w:tcW w:type="dxa" w:w="4252"/>
          </w:tcPr>
          <w:p>
            <w:pPr>
              <w:pStyle w:val="TableText"/>
            </w:pPr>
            <w:r>
              <w:t>Example Sixth Form, Anytown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1701"/>
          </w:tcPr>
          <w:p>
            <w:pPr>
              <w:pStyle w:val="TableText"/>
            </w:pPr>
            <w:r>
              <w:t>2023</w:t>
            </w:r>
          </w:p>
        </w:tc>
        <w:tc>
          <w:tcPr>
            <w:tcW w:type="dxa" w:w="4252"/>
          </w:tcPr>
          <w:p>
            <w:pPr>
              <w:pStyle w:val="TableText"/>
            </w:pPr>
            <w:r>
              <w:t>Emergency First Aid at Work</w:t>
            </w:r>
          </w:p>
        </w:tc>
        <w:tc>
          <w:tcPr>
            <w:tcW w:type="dxa" w:w="4252"/>
          </w:tcPr>
          <w:p>
            <w:pPr>
              <w:pStyle w:val="TableText"/>
            </w:pPr>
            <w:r>
              <w:t>Example Training Centre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8051"/>
      </w:tblGrid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Key skills</w:t>
            </w:r>
          </w:p>
        </w:tc>
        <w:tc>
          <w:tcPr>
            <w:tcW w:type="dxa" w:w="8050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Team leadership, rotas, stock control, till and cash handling, customer service</w:t>
            </w:r>
          </w:p>
        </w:tc>
      </w:tr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Interests</w:t>
            </w:r>
          </w:p>
        </w:tc>
        <w:tc>
          <w:tcPr>
            <w:tcW w:type="dxa" w:w="8050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Running club, volunteering at the local food bank, photography</w:t>
            </w:r>
          </w:p>
        </w:tc>
      </w:tr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References</w:t>
            </w:r>
          </w:p>
        </w:tc>
        <w:tc>
          <w:tcPr>
            <w:tcW w:type="dxa" w:w="8050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Available on request</w:t>
            </w:r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CV is a short summary of your skills, experience and qualifications. Keep it to two pages at most and tailor it to each job.</w:t>
      </w:r>
    </w:p>
    <w:p>
      <w:pPr>
        <w:pStyle w:val="ListNumber"/>
      </w:pPr>
      <w:r>
        <w:rPr>
          <w:b/>
        </w:rPr>
        <w:t xml:space="preserve">Start with your contact details. </w:t>
      </w:r>
      <w:r>
        <w:t>Name, phone, email and town are enough. You do not need your date of birth, a photo or your full address.</w:t>
      </w:r>
    </w:p>
    <w:p>
      <w:pPr>
        <w:pStyle w:val="ListNumber"/>
      </w:pPr>
      <w:r>
        <w:rPr>
          <w:b/>
        </w:rPr>
        <w:t xml:space="preserve">Write a short profile. </w:t>
      </w:r>
      <w:r>
        <w:t>Two or three lines on who you are, what you are good at and the kind of role you want.</w:t>
      </w:r>
    </w:p>
    <w:p>
      <w:pPr>
        <w:pStyle w:val="ListNumber"/>
      </w:pPr>
      <w:r>
        <w:rPr>
          <w:b/>
        </w:rPr>
        <w:t xml:space="preserve">List your work, newest first. </w:t>
      </w:r>
      <w:r>
        <w:t>For each job, give the dates, title, employer and two or three things you achieved, with numbers where you can.</w:t>
      </w:r>
    </w:p>
    <w:p>
      <w:pPr>
        <w:pStyle w:val="ListNumber"/>
      </w:pPr>
      <w:r>
        <w:rPr>
          <w:b/>
        </w:rPr>
        <w:t xml:space="preserve">Add education and training. </w:t>
      </w:r>
      <w:r>
        <w:t>Include courses and certificates that matter for the job.</w:t>
      </w:r>
    </w:p>
    <w:p>
      <w:pPr>
        <w:pStyle w:val="ListNumber"/>
      </w:pPr>
      <w:r>
        <w:rPr>
          <w:b/>
        </w:rPr>
        <w:t xml:space="preserve">Check it carefully. </w:t>
      </w:r>
      <w:r>
        <w:t>Read it aloud, check spelling, and save it as a PDF before you send it.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ED6041EB-4817-4DB2-9DE2-E35E407B9E9D}"/>
    <w:embedBold r:id="rId2" w:fontKey="{67CB8B48-8C1E-45CC-92ED-E2E950FBC923}"/>
  </w:font>
  <w:font w:name="Barlow Condensed">
    <w:charset w:val="00"/>
    <w:family w:val="swiss"/>
    <w:pitch w:val="variable"/>
    <w:embedBold r:id="rId3" w:fontKey="{07E7881D-0A4C-4957-91F2-4BEFF5BFD1E0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CV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person. Replace every detail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worked example</dc:title>
  <dc:subject>CV</dc:subject>
  <dc:creator>postertemplate.co.uk</dc:creator>
  <cp:keywords>template, printable, letter-form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