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0" w:lastColumn="0" w:lastRow="0" w:noHBand="0" w:noVBand="1" w:val="0000"/>
        <w:tblLayout w:type="fixed"/>
        <w:tblW w:w="122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953"/>
        <w:gridCol w:w="340"/>
        <w:gridCol w:w="5953"/>
      </w:tblGrid>
      <w:tr>
        <w:trPr>
          <w:trHeight w:val="8391" w:hRule="exact"/>
        </w:trPr>
        <w:tc>
          <w:tcPr>
            <w:tcW w:type="dxa" w:w="5953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561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5613"/>
            </w:tblGrid>
            <w:tr>
              <w:trPr>
                <w:trHeight w:val="680" w:hRule="exact"/>
              </w:trPr>
              <w:tc>
                <w:tcPr>
                  <w:tcW w:type="dxa" w:w="5613"/>
                  <w:shd w:val="clear" w:color="auto" w:fill="00843D"/>
                  <w:vAlign w:val="center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  <w:jc w:val="left"/>
                  </w:pPr>
                  <w:r>
                    <w:rPr>
                      <w:rFonts w:ascii="Barlow Condensed" w:hAnsi="Barlow Condensed"/>
                      <w:b/>
                      <w:color w:val="FFFFFF"/>
                      <w:sz w:val="28"/>
                    </w:rPr>
                    <w:t>FROM</w:t>
                  </w:r>
                </w:p>
              </w:tc>
            </w:tr>
            <w:tr>
              <w:trPr>
                <w:trHeight w:val="7115" w:hRule="exact"/>
              </w:trPr>
              <w:tc>
                <w:tcPr>
                  <w:tcW w:type="dxa" w:w="5613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top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13" w:line="288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Sender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288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288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Town and postcode</w:t>
                  </w:r>
                </w:p>
                <w:p>
                  <w:pPr>
                    <w:pStyle w:val="CardText"/>
                    <w:spacing w:before="680"/>
                    <w:jc w:val="left"/>
                  </w:pPr>
                  <w:r>
                    <w:rPr>
                      <w:b/>
                      <w:caps/>
                      <w:color w:val="111111"/>
                      <w:sz w:val="17"/>
                    </w:rPr>
                    <w:t>To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416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Recipient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384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Address line 1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384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Town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384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Postcode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5613"/>
                  <w:shd w:val="clear" w:color="auto" w:fill="00843D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</w:tbl>
          <w:p/>
        </w:tc>
        <w:tc>
          <w:tcPr>
            <w:tcW w:type="dxa" w:w="340"/>
          </w:tcPr>
          <w:p/>
        </w:tc>
        <w:tc>
          <w:tcPr>
            <w:tcW w:type="dxa" w:w="5953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561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5613"/>
            </w:tblGrid>
            <w:tr>
              <w:trPr>
                <w:trHeight w:val="680" w:hRule="exact"/>
              </w:trPr>
              <w:tc>
                <w:tcPr>
                  <w:tcW w:type="dxa" w:w="5613"/>
                  <w:shd w:val="clear" w:color="auto" w:fill="00843D"/>
                  <w:vAlign w:val="center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  <w:jc w:val="left"/>
                  </w:pPr>
                  <w:r>
                    <w:rPr>
                      <w:rFonts w:ascii="Barlow Condensed" w:hAnsi="Barlow Condensed"/>
                      <w:b/>
                      <w:color w:val="FFFFFF"/>
                      <w:sz w:val="28"/>
                    </w:rPr>
                    <w:t>FROM</w:t>
                  </w:r>
                </w:p>
              </w:tc>
            </w:tr>
            <w:tr>
              <w:trPr>
                <w:trHeight w:val="7115" w:hRule="exact"/>
              </w:trPr>
              <w:tc>
                <w:tcPr>
                  <w:tcW w:type="dxa" w:w="5613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top"/>
                </w:tcPr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113" w:line="288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Sender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288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Address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288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Town and postcode</w:t>
                  </w:r>
                </w:p>
                <w:p>
                  <w:pPr>
                    <w:pStyle w:val="CardText"/>
                    <w:spacing w:before="680"/>
                    <w:jc w:val="left"/>
                  </w:pPr>
                  <w:r>
                    <w:rPr>
                      <w:b/>
                      <w:caps/>
                      <w:color w:val="111111"/>
                      <w:sz w:val="17"/>
                    </w:rPr>
                    <w:t>To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416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Recipient name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384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Address line 1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384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Town</w:t>
                  </w:r>
                </w:p>
                <w:p>
                  <w:pPr>
                    <w:pStyle w:val="SmallGap"/>
                    <w:spacing w:line="20" w:lineRule="exact" w:after="0" w:before="0"/>
                  </w:pPr>
                </w:p>
                <w:p>
                  <w:pPr>
                    <w:pStyle w:val="CardText"/>
                    <w:pBdr>
                      <w:bottom w:val="single" w:sz="6" w:space="1" w:color="8A939A"/>
                    </w:pBdr>
                    <w:spacing w:before="0" w:line="384" w:lineRule="exact"/>
                    <w:jc w:val="left"/>
                  </w:pPr>
                  <w:r>
                    <w:rPr>
                      <w:color w:val="556068"/>
                      <w:sz w:val="18"/>
                    </w:rPr>
                    <w:t>Postcode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5613"/>
                  <w:shd w:val="clear" w:color="auto" w:fill="00843D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</w:tbl>
          <w:p/>
        </w:tc>
      </w:tr>
    </w:tbl>
    <w:p>
      <w:pPr>
        <w:pStyle w:val="SmallGap"/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1729" w:right="2296" w:bottom="0" w:left="229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5B1BABF7-8D45-4544-9F59-CF904FAAB71B}"/>
    <w:embedBold r:id="rId2" w:fontKey="{D3C9E7E1-1E2C-4EF8-BB55-C2F871CA479B}"/>
  </w:font>
  <w:font w:name="Barlow Condensed">
    <w:charset w:val="00"/>
    <w:family w:val="swiss"/>
    <w:pitch w:val="variable"/>
    <w:embedBold r:id="rId3" w:fontKey="{6CFA4843-2CF8-4E83-AF29-3EDDDDA01F9A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Envelope address layout (A6 / C6 card)</dc:title>
  <dc:subject>Envelope address layout (A6 / C6 card)</dc:subject>
  <dc:creator>postertemplate.co.uk</dc:creator>
  <cp:keywords>envelope template, C6 envelope, A6, address layout, postcard,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