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center"/>
        <w:tblLook w:firstColumn="1" w:firstRow="0" w:lastColumn="0" w:lastRow="0" w:noHBand="0" w:noVBand="1" w:val="0000"/>
        <w:tblLayout w:type="fixed"/>
        <w:tblW w:w="12247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953"/>
        <w:gridCol w:w="340"/>
        <w:gridCol w:w="5953"/>
      </w:tblGrid>
      <w:tr>
        <w:trPr>
          <w:trHeight w:val="8391" w:hRule="exact"/>
        </w:trPr>
        <w:tc>
          <w:tcPr>
            <w:tcW w:type="dxa" w:w="5953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561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5613"/>
            </w:tblGrid>
            <w:tr>
              <w:trPr>
                <w:trHeight w:val="680" w:hRule="exact"/>
              </w:trPr>
              <w:tc>
                <w:tcPr>
                  <w:tcW w:type="dxa" w:w="5613"/>
                  <w:shd w:val="clear" w:color="auto" w:fill="00843D"/>
                  <w:vAlign w:val="center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  <w:jc w:val="left"/>
                  </w:pPr>
                  <w:r>
                    <w:rPr>
                      <w:rFonts w:ascii="Barlow Condensed" w:hAnsi="Barlow Condensed"/>
                      <w:b/>
                      <w:color w:val="FFFFFF"/>
                      <w:sz w:val="28"/>
                    </w:rPr>
                    <w:t>FROM</w:t>
                  </w:r>
                </w:p>
              </w:tc>
            </w:tr>
            <w:tr>
              <w:trPr>
                <w:trHeight w:val="7115" w:hRule="exact"/>
              </w:trPr>
              <w:tc>
                <w:tcPr>
                  <w:tcW w:type="dxa" w:w="5613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top"/>
                </w:tcPr>
                <w:p>
                  <w:pPr>
                    <w:pStyle w:val="CardText"/>
                    <w:spacing w:before="113"/>
                    <w:jc w:val="left"/>
                  </w:pPr>
                  <w:r>
                    <w:rPr>
                      <w:b w:val="0"/>
                      <w:color w:val="111111"/>
                      <w:sz w:val="18"/>
                    </w:rPr>
                    <w:t>Jordan Ellis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18"/>
                    </w:rPr>
                    <w:t>12 Example Street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18"/>
                    </w:rPr>
                    <w:t>Anytown AB1 2CD</w:t>
                  </w:r>
                </w:p>
                <w:p>
                  <w:pPr>
                    <w:pStyle w:val="CardText"/>
                    <w:spacing w:before="680"/>
                    <w:jc w:val="left"/>
                  </w:pPr>
                  <w:r>
                    <w:rPr>
                      <w:b/>
                      <w:caps/>
                      <w:color w:val="111111"/>
                      <w:sz w:val="17"/>
                    </w:rPr>
                    <w:t>To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/>
                      <w:color w:val="111111"/>
                      <w:sz w:val="26"/>
                    </w:rPr>
                    <w:t>Mr and Mrs Shah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24"/>
                    </w:rPr>
                    <w:t>5 Sample Road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24"/>
                    </w:rPr>
                    <w:t>Exampleton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24"/>
                    </w:rPr>
                    <w:t>AB5 6GH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5613"/>
                  <w:shd w:val="clear" w:color="auto" w:fill="00843D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</w:tbl>
          <w:p/>
        </w:tc>
        <w:tc>
          <w:tcPr>
            <w:tcW w:type="dxa" w:w="340"/>
          </w:tcPr>
          <w:p/>
        </w:tc>
        <w:tc>
          <w:tcPr>
            <w:tcW w:type="dxa" w:w="5953"/>
            <w:tcBorders>
              <w:top w:val="dashed" w:sz="4" w:space="0" w:color="9AA5AE"/>
              <w:left w:val="dashed" w:sz="4" w:space="0" w:color="9AA5AE"/>
              <w:bottom w:val="dashed" w:sz="4" w:space="0" w:color="9AA5AE"/>
              <w:right w:val="dashed" w:sz="4" w:space="0" w:color="9AA5AE"/>
            </w:tcBorders>
          </w:tcPr>
          <w:p>
            <w:pPr>
              <w:pStyle w:val="SmallGap"/>
              <w:spacing w:line="20" w:lineRule="exact" w:after="0"/>
            </w:pPr>
          </w:p>
          <w:tbl>
            <w:tblPr>
              <w:tblLook w:firstColumn="1" w:firstRow="0" w:lastColumn="0" w:lastRow="0" w:noHBand="0" w:noVBand="1" w:val="0000"/>
              <w:tblLayout w:type="fixed"/>
              <w:tblW w:w="5613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top w:w="60" w:type="dxa"/>
                <w:left w:w="220" w:type="dxa"/>
                <w:bottom w:w="60" w:type="dxa"/>
                <w:right w:w="220" w:type="dxa"/>
              </w:tblCellMar>
            </w:tblPr>
            <w:tblGrid>
              <w:gridCol w:w="5613"/>
            </w:tblGrid>
            <w:tr>
              <w:trPr>
                <w:trHeight w:val="680" w:hRule="exact"/>
              </w:trPr>
              <w:tc>
                <w:tcPr>
                  <w:tcW w:type="dxa" w:w="5613"/>
                  <w:shd w:val="clear" w:color="auto" w:fill="00843D"/>
                  <w:vAlign w:val="center"/>
                  <w:tcBorders>
                    <w:top w:val="single" w:sz="12" w:space="0" w:color="111111"/>
                    <w:left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CardText"/>
                    <w:jc w:val="left"/>
                  </w:pPr>
                  <w:r>
                    <w:rPr>
                      <w:rFonts w:ascii="Barlow Condensed" w:hAnsi="Barlow Condensed"/>
                      <w:b/>
                      <w:color w:val="FFFFFF"/>
                      <w:sz w:val="28"/>
                    </w:rPr>
                    <w:t>FROM</w:t>
                  </w:r>
                </w:p>
              </w:tc>
            </w:tr>
            <w:tr>
              <w:trPr>
                <w:trHeight w:val="7115" w:hRule="exact"/>
              </w:trPr>
              <w:tc>
                <w:tcPr>
                  <w:tcW w:type="dxa" w:w="5613"/>
                  <w:shd w:val="clear" w:color="auto" w:fill="F4F2EC"/>
                  <w:tcBorders>
                    <w:left w:val="single" w:sz="12" w:space="0" w:color="111111"/>
                    <w:right w:val="single" w:sz="12" w:space="0" w:color="111111"/>
                  </w:tcBorders>
                  <w:vAlign w:val="top"/>
                </w:tcPr>
                <w:p>
                  <w:pPr>
                    <w:pStyle w:val="CardText"/>
                    <w:spacing w:before="113"/>
                    <w:jc w:val="left"/>
                  </w:pPr>
                  <w:r>
                    <w:rPr>
                      <w:b w:val="0"/>
                      <w:color w:val="111111"/>
                      <w:sz w:val="18"/>
                    </w:rPr>
                    <w:t>Jordan Ellis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18"/>
                    </w:rPr>
                    <w:t>12 Example Street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18"/>
                    </w:rPr>
                    <w:t>Anytown AB1 2CD</w:t>
                  </w:r>
                </w:p>
                <w:p>
                  <w:pPr>
                    <w:pStyle w:val="CardText"/>
                    <w:spacing w:before="680"/>
                    <w:jc w:val="left"/>
                  </w:pPr>
                  <w:r>
                    <w:rPr>
                      <w:b/>
                      <w:caps/>
                      <w:color w:val="111111"/>
                      <w:sz w:val="17"/>
                    </w:rPr>
                    <w:t>To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/>
                      <w:color w:val="111111"/>
                      <w:sz w:val="26"/>
                    </w:rPr>
                    <w:t>Mr and Mrs Shah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24"/>
                    </w:rPr>
                    <w:t>5 Sample Road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24"/>
                    </w:rPr>
                    <w:t>Exampleton</w:t>
                  </w:r>
                </w:p>
                <w:p>
                  <w:pPr>
                    <w:pStyle w:val="CardText"/>
                    <w:spacing w:before="0"/>
                    <w:jc w:val="left"/>
                  </w:pPr>
                  <w:r>
                    <w:rPr>
                      <w:b w:val="0"/>
                      <w:color w:val="111111"/>
                      <w:sz w:val="24"/>
                    </w:rPr>
                    <w:t>AB5 6GH</w:t>
                  </w:r>
                </w:p>
              </w:tc>
            </w:tr>
            <w:tr>
              <w:trPr>
                <w:trHeight w:val="170" w:hRule="exact"/>
              </w:trPr>
              <w:tc>
                <w:tcPr>
                  <w:tcW w:type="dxa" w:w="5613"/>
                  <w:shd w:val="clear" w:color="auto" w:fill="00843D"/>
                  <w:tcBorders>
                    <w:left w:val="single" w:sz="12" w:space="0" w:color="111111"/>
                    <w:bottom w:val="single" w:sz="12" w:space="0" w:color="111111"/>
                    <w:right w:val="single" w:sz="12" w:space="0" w:color="111111"/>
                  </w:tcBorders>
                </w:tcPr>
                <w:p>
                  <w:pPr>
                    <w:pStyle w:val="SmallGap"/>
                    <w:spacing w:line="20" w:lineRule="exact"/>
                  </w:pPr>
                  <w:r/>
                </w:p>
              </w:tc>
            </w:tr>
          </w:tbl>
          <w:p/>
        </w:tc>
      </w:tr>
    </w:tbl>
    <w:p>
      <w:pPr>
        <w:pStyle w:val="SmallGap"/>
        <w:spacing w:line="20" w:lineRule="exact"/>
      </w:pPr>
      <w:r>
        <w:rPr>
          <w:sz w:val="2"/>
        </w:rPr>
      </w:r>
    </w:p>
    <w:sectPr w:rsidR="00FC693F" w:rsidRPr="0006063C" w:rsidSect="00034616">
      <w:pgSz w:w="16838" w:h="11906" w:orient="landscape"/>
      <w:pgMar w:top="1729" w:right="2296" w:bottom="0" w:left="229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05D3374C-D57C-46B5-A44B-9D51988C5B0C}"/>
    <w:embedBold r:id="rId2" w:fontKey="{3880B27A-9609-4907-9878-D250B7DD119C}"/>
  </w:font>
  <w:font w:name="Barlow Condensed">
    <w:charset w:val="00"/>
    <w:family w:val="swiss"/>
    <w:pitch w:val="variable"/>
    <w:embedBold r:id="rId3" w:fontKey="{EC9EE7A6-A8A5-470B-853F-8E7565160D93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Envelope address layout (A6 / C6 card) - worked example</dc:title>
  <dc:subject>Envelope address layout (A6 / C6 card)</dc:subject>
  <dc:creator>postertemplate.co.uk</dc:creator>
  <cp:keywords>envelope template, C6 envelope, A6, address layout, postcard, printable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