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0" w:lastColumn="0" w:lastRow="0" w:noHBand="0" w:noVBand="1" w:val="0000"/>
        <w:tblLayout w:type="fixed"/>
        <w:tblW w:w="83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391"/>
      </w:tblGrid>
      <w:tr>
        <w:trPr>
          <w:trHeight w:val="11906" w:hRule="exact"/>
        </w:trPr>
        <w:tc>
          <w:tcPr>
            <w:tcW w:type="dxa" w:w="8391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805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8051"/>
            </w:tblGrid>
            <w:tr>
              <w:trPr>
                <w:trHeight w:val="2948" w:hRule="exact"/>
              </w:trPr>
              <w:tc>
                <w:tcPr>
                  <w:tcW w:type="dxa" w:w="8050"/>
                  <w:shd w:val="clear" w:color="auto" w:fill="00843D"/>
                  <w:vAlign w:val="center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FFFFFF"/>
                      <w:sz w:val="68"/>
                    </w:rPr>
                    <w:t>YOUR BUSINESS NAME</w:t>
                  </w:r>
                </w:p>
              </w:tc>
            </w:tr>
            <w:tr>
              <w:trPr>
                <w:trHeight w:val="8362" w:hRule="exact"/>
              </w:trPr>
              <w:tc>
                <w:tcPr>
                  <w:tcW w:type="dxa" w:w="8050"/>
                  <w:shd w:val="clear" w:color="auto" w:fill="FFFFFF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283"/>
                    <w:jc w:val="center"/>
                  </w:pPr>
                  <w:r>
                    <w:rPr>
                      <w:b/>
                      <w:color w:val="111111"/>
                      <w:sz w:val="32"/>
                    </w:rPr>
                    <w:t>What you offer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283" w:line="400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Offer line 1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85" w:line="400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Offer line 2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85" w:line="400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Offer line 3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454" w:line="960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Price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340" w:line="416" w:lineRule="exact"/>
                    <w:jc w:val="center"/>
                  </w:pPr>
                  <w:r>
                    <w:rPr>
                      <w:color w:val="556068"/>
                      <w:sz w:val="18"/>
                    </w:rPr>
                    <w:t>Phone, email or website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8050"/>
                  <w:shd w:val="clear" w:color="auto" w:fill="00843D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</w:tbl>
          <w:p/>
        </w:tc>
      </w:tr>
    </w:tbl>
    <w:p>
      <w:pPr>
        <w:pStyle w:val="SmallGap"/>
        <w:spacing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1906" w:h="16838"/>
      <w:pgMar w:top="2438" w:right="1757" w:bottom="0" w:left="1757" w:header="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5F16BA9C-C95E-4000-BC20-8DFEDFAC8DDB}"/>
    <w:embedBold r:id="rId2" w:fontKey="{1CB16CA1-4300-4AC4-BFDE-DF83534E574B}"/>
  </w:font>
  <w:font w:name="Barlow Condensed">
    <w:charset w:val="00"/>
    <w:family w:val="swiss"/>
    <w:pitch w:val="variable"/>
    <w:embedBold r:id="rId3" w:fontKey="{CE06525F-4185-44F5-B753-52065300F591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jc w:val="center"/>
    </w:pPr>
    <w:r>
      <w:t>postertemplate.co.uk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Flyer - local services</dc:title>
  <dc:subject>Flyer - local services</dc:subject>
  <dc:creator>postertemplate.co.uk</dc:creator>
  <cp:keywords>template, printable, print-design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