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Default Extension="odttf" ContentType="application/vnd.openxmlformats-officedocument.obfuscatedFont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right"/>
      </w:pPr>
      <w:r>
        <w:t>Your name</w:t>
      </w:r>
    </w:p>
    <w:p>
      <w:pPr>
        <w:pStyle w:val="SubtitleText"/>
        <w:jc w:val="right"/>
      </w:pPr>
      <w:r>
        <w:t>Your address</w:t>
        <w:br/>
      </w:r>
      <w:r>
        <w:t>Town, Postcode</w:t>
        <w:br/>
      </w:r>
      <w:r>
        <w:t>Phone  |  Email</w:t>
      </w:r>
    </w:p>
    <w:tbl>
      <w:tblPr>
        <w:jc w:val="left"/>
        <w:tblLook w:firstColumn="1" w:firstRow="0" w:lastColumn="0" w:lastRow="0" w:noHBand="0" w:noVBand="1" w:val="0000"/>
        <w:tblLayout w:type="fixed"/>
        <w:tblW w:w="9639" w:type="dxa"/>
        <w:tblCellMar>
          <w:top w:w="40" w:type="dxa"/>
          <w:left w:w="80" w:type="dxa"/>
          <w:bottom w:w="40" w:type="dxa"/>
          <w:right w:w="80" w:type="dxa"/>
        </w:tblCellMar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4819"/>
        <w:gridCol w:w="4819"/>
      </w:tblGrid>
      <w:tr>
        <w:tc>
          <w:tcPr>
            <w:tcW w:type="dxa" w:w="4819"/>
            <w:vAlign w:val="bottom"/>
          </w:tcPr>
          <w:p/>
        </w:tc>
        <w:tc>
          <w:tcPr>
            <w:tcW w:type="dxa" w:w="4819"/>
          </w:tcPr>
          <w:p>
            <w:pPr>
              <w:pStyle w:val="FieldValue"/>
              <w:jc w:val="right"/>
            </w:pPr>
            <w:r>
              <w:rPr>
                <w:color w:val="8A939A"/>
              </w:rPr>
            </w:r>
          </w:p>
        </w:tc>
      </w:tr>
    </w:tbl>
    <w:p>
      <w:pPr>
        <w:pStyle w:val="SmallGap"/>
        <w:spacing w:after="142"/>
      </w:pPr>
    </w:p>
    <w:p>
      <w:pPr>
        <w:pStyle w:val="FieldValue"/>
      </w:pPr>
      <w:r>
        <w:rPr>
          <w:color w:val="8A939A"/>
        </w:rPr>
        <w:t>[Recipient name]</w:t>
        <w:br/>
      </w:r>
      <w:r>
        <w:rPr>
          <w:color w:val="8A939A"/>
        </w:rPr>
        <w:t>[Their address]</w:t>
      </w:r>
    </w:p>
    <w:p>
      <w:pPr>
        <w:pStyle w:val="SmallGap"/>
        <w:spacing w:after="142"/>
      </w:pPr>
    </w:p>
    <w:p>
      <w:pPr>
        <w:pStyle w:val="FieldValue"/>
      </w:pPr>
      <w:r>
        <w:rPr>
          <w:color w:val="8A939A"/>
        </w:rPr>
        <w:t>[Date]</w:t>
      </w:r>
    </w:p>
    <w:p>
      <w:pPr>
        <w:pStyle w:val="SmallGap"/>
        <w:spacing w:after="85"/>
      </w:pPr>
    </w:p>
    <w:p>
      <w:pPr>
        <w:pStyle w:val="FieldValue"/>
      </w:pPr>
      <w:r>
        <w:t>Dear [name],</w:t>
      </w:r>
    </w:p>
    <w:p>
      <w:pPr>
        <w:pStyle w:val="FieldValue"/>
      </w:pPr>
      <w:r>
        <w:rPr>
          <w:b/>
        </w:rPr>
        <w:t>[Subject]</w:t>
      </w:r>
    </w:p>
    <w:p>
      <w:pPr>
        <w:pStyle w:val="BodyLarge"/>
      </w:pPr>
      <w:r>
        <w:rPr>
          <w:color w:val="8A939A"/>
        </w:rPr>
        <w:t>[Paragraph 1]</w:t>
      </w:r>
    </w:p>
    <w:p>
      <w:pPr>
        <w:pStyle w:val="BodyLarge"/>
      </w:pPr>
      <w:r>
        <w:rPr>
          <w:color w:val="8A939A"/>
        </w:rPr>
        <w:t>[Paragraph 2]</w:t>
      </w:r>
    </w:p>
    <w:p>
      <w:pPr>
        <w:pStyle w:val="BodyLarge"/>
      </w:pPr>
      <w:r>
        <w:rPr>
          <w:color w:val="8A939A"/>
        </w:rPr>
        <w:t>[Paragraph 3]</w:t>
      </w:r>
    </w:p>
    <w:p>
      <w:pPr>
        <w:pStyle w:val="FieldValue"/>
        <w:spacing w:before="120"/>
      </w:pPr>
      <w:r>
        <w:t>Yours faithfully,</w:t>
      </w:r>
    </w:p>
    <w:p>
      <w:pPr>
        <w:pStyle w:val="SmallGap"/>
      </w:pPr>
    </w:p>
    <w:p>
      <w:pPr>
        <w:pStyle w:val="SmallGap"/>
      </w:pPr>
    </w:p>
    <w:p>
      <w:pPr>
        <w:pStyle w:val="SmallGap"/>
      </w:pPr>
    </w:p>
    <w:p>
      <w:pPr>
        <w:pStyle w:val="FieldValue"/>
      </w:pPr>
      <w:r>
        <w:rPr>
          <w:b/>
          <w:color w:val="8A939A"/>
        </w:rPr>
        <w:t>[Your name]</w:t>
      </w:r>
    </w:p>
    <w:sectPr w:rsidR="00FC693F" w:rsidRPr="0006063C" w:rsidSect="00034616">
      <w:footerReference w:type="default" r:id="rId9"/>
      <w:pgSz w:w="11906" w:h="16838"/>
      <w:pgMar w:top="1134" w:right="1134" w:bottom="1247" w:left="1134" w:header="340" w:footer="397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Barlow">
    <w:charset w:val="00"/>
    <w:family w:val="swiss"/>
    <w:pitch w:val="variable"/>
    <w:embedRegular r:id="rId1" w:fontKey="{AC1D2D77-1E9E-4B41-B2D4-633F427F6C8D}"/>
    <w:embedBold r:id="rId2" w:fontKey="{9118FA0B-67D3-4850-8C00-A03ABFC60B83}"/>
  </w:font>
  <w:font w:name="Barlow Condensed">
    <w:charset w:val="00"/>
    <w:family w:val="swiss"/>
    <w:pitch w:val="variable"/>
    <w:embedBold r:id="rId3" w:fontKey="{EE3C882C-1ACC-488B-BF0A-6759599D9461}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Text"/>
      <w:tabs>
        <w:tab w:pos="9638" w:val="right"/>
      </w:tabs>
    </w:pPr>
    <w:r>
      <w:t>Free personal letterhead template</w:t>
      <w:tab/>
    </w:r>
    <w:r>
      <w:t xml:space="preserve">postertemplate.co.uk   |   Page </w:t>
    </w:r>
    <w:r>
      <w:fldChar w:fldCharType="begin"/>
      <w:instrText xml:space="preserve"> PAGE </w:instrText>
      <w:fldChar w:fldCharType="separate"/>
      <w:t>1</w:t>
      <w:fldChar w:fldCharType="end"/>
    </w:r>
    <w:r>
      <w:t xml:space="preserve"> of </w:t>
    </w:r>
    <w:r>
      <w:fldChar w:fldCharType="begin"/>
      <w:instrText xml:space="preserve"> NUMPAGES </w:instrText>
      <w:fldChar w:fldCharType="separate"/>
      <w:t>1</w: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embedTrueTypeFonts/>
  <w:saveSubsetFonts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80" w:line="264" w:lineRule="auto"/>
    </w:pPr>
    <w:rPr>
      <w:rFonts w:ascii="Barlow" w:hAnsi="Barlow" w:eastAsia="Barlow"/>
      <w:color w:val="1F2A33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160" w:after="80"/>
      <w:outlineLvl w:val="0"/>
    </w:pPr>
    <w:rPr>
      <w:rFonts w:ascii="Barlow" w:hAnsi="Barlow"/>
      <w:b/>
      <w:bCs/>
      <w:color w:val="2F4858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120" w:after="60"/>
      <w:outlineLvl w:val="1"/>
    </w:pPr>
    <w:rPr>
      <w:rFonts w:ascii="Barlow" w:hAnsi="Barlow"/>
      <w:b/>
      <w:bCs/>
      <w:color w:val="2F4858"/>
      <w:sz w:val="23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keepNext/>
      <w:spacing w:after="40" w:line="240" w:lineRule="auto" w:before="0"/>
      <w:contextualSpacing/>
    </w:pPr>
    <w:rPr>
      <w:rFonts w:ascii="Barlow" w:hAnsi="Barlow"/>
      <w:b/>
      <w:color w:val="2F4858"/>
      <w:spacing w:val="5"/>
      <w:kern w:val="28"/>
      <w:sz w:val="48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spacing w:after="80"/>
      <w:contextualSpacing/>
    </w:pPr>
    <w:rPr>
      <w:rFonts w:ascii="Barlow" w:hAnsi="Barlow"/>
      <w:sz w:val="21"/>
    </w:r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spacing w:after="80"/>
      <w:contextualSpacing/>
    </w:pPr>
    <w:rPr>
      <w:rFonts w:ascii="Barlow" w:hAnsi="Barlow"/>
      <w:sz w:val="21"/>
    </w:r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TableText">
    <w:name w:val="Table Text"/>
    <w:basedOn w:val="Normal"/>
    <w:pPr>
      <w:spacing w:after="20" w:before="20" w:line="252" w:lineRule="auto"/>
    </w:pPr>
    <w:rPr>
      <w:b w:val="0"/>
      <w:i w:val="0"/>
      <w:sz w:val="19"/>
    </w:rPr>
  </w:style>
  <w:style w:type="paragraph" w:customStyle="1" w:styleId="TableHead">
    <w:name w:val="Table Head"/>
    <w:basedOn w:val="Normal"/>
    <w:pPr>
      <w:spacing w:after="20" w:before="20" w:line="252" w:lineRule="auto"/>
    </w:pPr>
    <w:rPr>
      <w:b/>
      <w:i w:val="0"/>
      <w:color w:val="FFFFFF"/>
      <w:sz w:val="19"/>
    </w:rPr>
  </w:style>
  <w:style w:type="paragraph" w:customStyle="1" w:styleId="FieldLabel">
    <w:name w:val="Field Label"/>
    <w:basedOn w:val="Normal"/>
    <w:pPr>
      <w:spacing w:after="20" w:before="20" w:line="252" w:lineRule="auto"/>
    </w:pPr>
    <w:rPr>
      <w:b/>
      <w:i w:val="0"/>
      <w:sz w:val="19"/>
    </w:rPr>
  </w:style>
  <w:style w:type="paragraph" w:customStyle="1" w:styleId="FieldValue">
    <w:name w:val="Field Value"/>
    <w:basedOn w:val="Normal"/>
    <w:pPr>
      <w:spacing w:after="20" w:before="20" w:line="252" w:lineRule="auto"/>
    </w:pPr>
    <w:rPr>
      <w:b w:val="0"/>
      <w:i w:val="0"/>
      <w:sz w:val="20"/>
    </w:rPr>
  </w:style>
  <w:style w:type="paragraph" w:customStyle="1" w:styleId="KeyNote">
    <w:name w:val="Key Note"/>
    <w:basedOn w:val="Normal"/>
    <w:pPr>
      <w:spacing w:after="60" w:before="40" w:line="252" w:lineRule="auto"/>
    </w:pPr>
    <w:rPr>
      <w:b w:val="0"/>
      <w:i/>
      <w:color w:val="556068"/>
      <w:sz w:val="17"/>
    </w:rPr>
  </w:style>
  <w:style w:type="paragraph" w:customStyle="1" w:styleId="SubtitleText">
    <w:name w:val="Subtitle Text"/>
    <w:basedOn w:val="Normal"/>
    <w:pPr>
      <w:spacing w:after="120" w:before="0" w:line="252" w:lineRule="auto"/>
    </w:pPr>
    <w:rPr>
      <w:b w:val="0"/>
      <w:i w:val="0"/>
      <w:color w:val="556068"/>
      <w:sz w:val="22"/>
    </w:rPr>
  </w:style>
  <w:style w:type="paragraph" w:customStyle="1" w:styleId="SmallGap">
    <w:name w:val="Small Gap"/>
    <w:basedOn w:val="Normal"/>
    <w:pPr>
      <w:spacing w:after="0" w:before="0" w:line="252" w:lineRule="auto"/>
    </w:pPr>
    <w:rPr>
      <w:b w:val="0"/>
      <w:i w:val="0"/>
      <w:sz w:val="8"/>
    </w:rPr>
  </w:style>
  <w:style w:type="paragraph" w:customStyle="1" w:styleId="BodyLarge">
    <w:name w:val="Body Large"/>
    <w:basedOn w:val="Normal"/>
    <w:pPr>
      <w:spacing w:after="120" w:before="20" w:line="252" w:lineRule="auto"/>
    </w:pPr>
    <w:rPr>
      <w:b w:val="0"/>
      <w:i w:val="0"/>
      <w:sz w:val="22"/>
    </w:rPr>
  </w:style>
  <w:style w:type="paragraph" w:customStyle="1" w:styleId="FooterText">
    <w:name w:val="Footer Text"/>
    <w:basedOn w:val="Normal"/>
    <w:pPr>
      <w:spacing w:after="0" w:before="0" w:line="252" w:lineRule="auto"/>
    </w:pPr>
    <w:rPr>
      <w:b w:val="0"/>
      <w:i w:val="0"/>
      <w:color w:val="556068"/>
      <w:sz w:val="15"/>
    </w:rPr>
  </w:style>
  <w:style w:type="paragraph" w:customStyle="1" w:styleId="CardText">
    <w:name w:val="Card Text"/>
    <w:basedOn w:val="Normal"/>
    <w:pPr>
      <w:spacing w:after="0" w:before="0" w:line="240" w:lineRule="auto"/>
    </w:pPr>
    <w:rPr>
      <w:b w:val="0"/>
      <w:i w:val="0"/>
      <w:sz w:val="20"/>
    </w:rPr>
  </w:style>
  <w:style w:type="paragraph" w:customStyle="1" w:styleId="Ruled">
    <w:name w:val="Ruled"/>
    <w:basedOn w:val="Normal"/>
    <w:pPr>
      <w:spacing w:after="0" w:before="0" w:line="400" w:lineRule="exact"/>
    </w:pPr>
    <w:rPr>
      <w:b w:val="0"/>
      <w:i w:val="0"/>
      <w:sz w:val="20"/>
    </w:rPr>
  </w:style>
  <w:style w:type="paragraph" w:customStyle="1" w:styleId="TickBox">
    <w:name w:val="Tick Box"/>
    <w:basedOn w:val="Normal"/>
    <w:pPr>
      <w:pBdr>
        <w:top w:val="single" w:sz="10" w:space="0" w:color="2F4858"/>
        <w:left w:val="single" w:sz="10" w:space="0" w:color="2F4858"/>
        <w:bottom w:val="single" w:sz="10" w:space="0" w:color="2F4858"/>
        <w:right w:val="single" w:sz="10" w:space="0" w:color="2F4858"/>
      </w:pBdr>
      <w:spacing w:after="0" w:before="40" w:line="260" w:lineRule="exact"/>
      <w:ind w:left="34" w:right="0"/>
    </w:pPr>
    <w:rPr>
      <w:b w:val="0"/>
      <w:i w:val="0"/>
      <w:sz w:val="12"/>
    </w:rPr>
  </w:style>
  <w:style w:type="paragraph" w:customStyle="1" w:styleId="Banner">
    <w:name w:val="Banner"/>
    <w:basedOn w:val="Normal"/>
    <w:pPr>
      <w:spacing w:after="0" w:before="0" w:line="252" w:lineRule="auto"/>
      <w:jc w:val="center"/>
      <w:shd w:val="clear" w:color="auto" w:fill="FFF1B3"/>
    </w:pPr>
    <w:rPr>
      <w:b/>
      <w:i w:val="0"/>
      <w:color w:val="5C4A00"/>
      <w:sz w:val="19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ntTable.xml.rels><?xml version="1.0" encoding="UTF-8" standalone="yes"?>
<Relationships xmlns="http://schemas.openxmlformats.org/package/2006/relationships"><Relationship Id="rId1" Type="http://schemas.openxmlformats.org/officeDocument/2006/relationships/font" Target="fonts/font1.odttf"/><Relationship Id="rId2" Type="http://schemas.openxmlformats.org/officeDocument/2006/relationships/font" Target="fonts/font2.odttf"/><Relationship Id="rId3" Type="http://schemas.openxmlformats.org/officeDocument/2006/relationships/font" Target="fonts/font3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Letterhead (personal)</dc:title>
  <dc:subject>Letterhead (personal)</dc:subject>
  <dc:creator>postertemplate.co.uk</dc:creator>
  <cp:keywords>personal letterhead, letter, A4, printable, template</cp:keywords>
  <dc:description/>
  <cp:lastModifiedBy/>
  <cp:revision>1</cp:revision>
  <dcterms:created xsi:type="dcterms:W3CDTF">2013-12-23T23:15:00Z</dcterms:created>
  <dcterms:modified xsi:type="dcterms:W3CDTF">2013-12-23T23:15:00Z</dcterms:modified>
  <cp:category/>
</cp:coreProperties>
</file>