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right"/>
      </w:pPr>
      <w:r>
        <w:t>Sam Taylor</w:t>
      </w:r>
    </w:p>
    <w:p>
      <w:pPr>
        <w:pStyle w:val="SubtitleText"/>
        <w:jc w:val="right"/>
      </w:pPr>
      <w:r>
        <w:t>12 Example Street</w:t>
        <w:br/>
      </w:r>
      <w:r>
        <w:t>Anytown AB1 2CD</w:t>
        <w:br/>
      </w:r>
      <w:r>
        <w:t>07700 900456  |  sam.taylor@example.com</w:t>
      </w:r>
    </w:p>
    <w:tbl>
      <w:tblPr>
        <w:jc w:val="left"/>
        <w:tblLook w:firstColumn="1" w:firstRow="0" w:lastColumn="0" w:lastRow="0" w:noHBand="0" w:noVBand="1" w:val="0000"/>
        <w:tblLayout w:type="fixed"/>
        <w:tblW w:w="9639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  <w:vAlign w:val="bottom"/>
          </w:tcPr>
          <w:p/>
        </w:tc>
        <w:tc>
          <w:tcPr>
            <w:tcW w:type="dxa" w:w="4819"/>
          </w:tcPr>
          <w:p>
            <w:pPr>
              <w:pStyle w:val="FieldValue"/>
              <w:jc w:val="right"/>
            </w:pPr>
            <w:r/>
          </w:p>
        </w:tc>
      </w:tr>
    </w:tbl>
    <w:p>
      <w:pPr>
        <w:pStyle w:val="SmallGap"/>
        <w:spacing w:after="142"/>
      </w:pPr>
    </w:p>
    <w:p>
      <w:pPr>
        <w:pStyle w:val="FieldValue"/>
      </w:pPr>
      <w:r>
        <w:t>The Manager</w:t>
        <w:br/>
      </w:r>
      <w:r>
        <w:t>Example Leisure Club</w:t>
        <w:br/>
      </w:r>
      <w:r>
        <w:t>5 Sample Road</w:t>
        <w:br/>
      </w:r>
      <w:r>
        <w:t>Anytown AB3 4EF</w:t>
      </w:r>
    </w:p>
    <w:p>
      <w:pPr>
        <w:pStyle w:val="SmallGap"/>
        <w:spacing w:after="142"/>
      </w:pPr>
    </w:p>
    <w:p>
      <w:pPr>
        <w:pStyle w:val="FieldValue"/>
      </w:pPr>
      <w:r>
        <w:t>14 November 2026</w:t>
      </w:r>
    </w:p>
    <w:p>
      <w:pPr>
        <w:pStyle w:val="SmallGap"/>
        <w:spacing w:after="85"/>
      </w:pPr>
    </w:p>
    <w:p>
      <w:pPr>
        <w:pStyle w:val="FieldValue"/>
      </w:pPr>
      <w:r>
        <w:t>Dear Sir or Madam,</w:t>
      </w:r>
    </w:p>
    <w:p>
      <w:pPr>
        <w:pStyle w:val="FieldValue"/>
      </w:pPr>
      <w:r>
        <w:rPr>
          <w:b/>
        </w:rPr>
        <w:t>Membership - request to freeze</w:t>
      </w:r>
    </w:p>
    <w:p>
      <w:pPr>
        <w:pStyle w:val="BodyLarge"/>
      </w:pPr>
      <w:r>
        <w:t>I have been a member since March 2022 and my membership number is 004821.</w:t>
      </w:r>
    </w:p>
    <w:p>
      <w:pPr>
        <w:pStyle w:val="BodyLarge"/>
      </w:pPr>
      <w:r>
        <w:t>I will be away from Anytown for work from 1 December 2026 to 28 February 2027. Please could you tell me whether I can pause my membership for that period, and what I need to do to arrange it.</w:t>
      </w:r>
    </w:p>
    <w:p>
      <w:pPr>
        <w:pStyle w:val="BodyLarge"/>
      </w:pPr>
      <w:r>
        <w:t>I would be grateful for a reply by email or post. Thank you for your help.</w:t>
      </w:r>
    </w:p>
    <w:p>
      <w:pPr>
        <w:pStyle w:val="FieldValue"/>
        <w:spacing w:before="120"/>
      </w:pPr>
      <w:r>
        <w:t>Yours faithfully,</w:t>
      </w:r>
    </w:p>
    <w:p>
      <w:pPr>
        <w:pStyle w:val="SmallGap"/>
      </w:pPr>
    </w:p>
    <w:p>
      <w:pPr>
        <w:pStyle w:val="SmallGap"/>
      </w:pPr>
    </w:p>
    <w:p>
      <w:pPr>
        <w:pStyle w:val="SmallGap"/>
      </w:pPr>
    </w:p>
    <w:p>
      <w:pPr>
        <w:pStyle w:val="FieldValue"/>
      </w:pPr>
      <w:r>
        <w:rPr>
          <w:b/>
        </w:rPr>
        <w:t>Sam Taylor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1134" w:bottom="1247" w:left="113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B555F190-8133-4807-BBBB-E1388097E747}"/>
    <w:embedBold r:id="rId2" w:fontKey="{3ADB3793-D0A5-458C-8578-ABCDBE363DB4}"/>
  </w:font>
  <w:font w:name="Barlow Condensed">
    <w:charset w:val="00"/>
    <w:family w:val="swiss"/>
    <w:pitch w:val="variable"/>
    <w:embedBold r:id="rId3" w:fontKey="{F9B9BD59-23A4-40A6-AF89-3454D3DDA695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9638" w:val="right"/>
      </w:tabs>
    </w:pPr>
    <w:r>
      <w:t>Free personal letterhead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fictional person. Replace every detail with your own.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(personal) - worked example</dc:title>
  <dc:subject>Letterhead (personal)</dc:subject>
  <dc:creator>postertemplate.co.uk</dc:creator>
  <cp:keywords>personal letterhead, letter, A4, printable,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