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Organisation chart - four levels</w:t>
      </w:r>
    </w:p>
    <w:p>
      <w:pPr>
        <w:pStyle w:val="SubtitleText"/>
      </w:pPr>
      <w:r>
        <w:t>Organisation: ______________________________     Date: 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123"/>
        <w:gridCol w:w="3118"/>
        <w:gridCol w:w="6123"/>
      </w:tblGrid>
      <w:tr>
        <w:trPr>
          <w:trHeight w:val="850" w:hRule="atLeast"/>
          <w:cantSplit w:val="true"/>
        </w:trPr>
        <w:tc>
          <w:tcPr>
            <w:tcW w:type="dxa" w:w="6123"/>
          </w:tcPr>
          <w:p/>
        </w:tc>
        <w:tc>
          <w:tcPr>
            <w:tcW w:type="dxa" w:w="3118"/>
            <w:shd w:val="clear" w:color="auto" w:fill="2F4858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FFFFFF"/>
              </w:rPr>
              <w:t>Managing director</w:t>
            </w:r>
          </w:p>
        </w:tc>
        <w:tc>
          <w:tcPr>
            <w:tcW w:type="dxa" w:w="6123"/>
          </w:tcPr>
          <w:p/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79"/>
        <w:gridCol w:w="5103"/>
        <w:gridCol w:w="5103"/>
        <w:gridCol w:w="2579"/>
      </w:tblGrid>
      <w:tr>
        <w:trPr>
          <w:trHeight w:val="227" w:hRule="exact"/>
        </w:trPr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5102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5102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79"/>
        <w:gridCol w:w="3402"/>
        <w:gridCol w:w="3402"/>
        <w:gridCol w:w="3402"/>
        <w:gridCol w:w="2579"/>
      </w:tblGrid>
      <w:tr>
        <w:trPr>
          <w:trHeight w:val="227" w:hRule="exact"/>
        </w:trPr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580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3118"/>
        <w:gridCol w:w="283"/>
        <w:gridCol w:w="3118"/>
        <w:gridCol w:w="283"/>
        <w:gridCol w:w="3118"/>
        <w:gridCol w:w="283"/>
        <w:gridCol w:w="3118"/>
        <w:gridCol w:w="1020"/>
      </w:tblGrid>
      <w:tr>
        <w:trPr>
          <w:trHeight w:val="850" w:hRule="atLeast"/>
          <w:cantSplit w:val="true"/>
        </w:trPr>
        <w:tc>
          <w:tcPr>
            <w:tcW w:type="dxa" w:w="1020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</w:tc>
        <w:tc>
          <w:tcPr>
            <w:tcW w:type="dxa" w:w="1020"/>
          </w:tcPr>
          <w:p/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1156"/>
        <w:gridCol w:w="1973"/>
        <w:gridCol w:w="1428"/>
        <w:gridCol w:w="1701"/>
        <w:gridCol w:w="1701"/>
        <w:gridCol w:w="1428"/>
        <w:gridCol w:w="1973"/>
        <w:gridCol w:w="1156"/>
        <w:gridCol w:w="1423"/>
      </w:tblGrid>
      <w:tr>
        <w:trPr>
          <w:trHeight w:val="227" w:hRule="exact"/>
        </w:trPr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57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973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9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701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701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973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57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3129"/>
        <w:gridCol w:w="3129"/>
        <w:gridCol w:w="3129"/>
        <w:gridCol w:w="3129"/>
        <w:gridCol w:w="1423"/>
      </w:tblGrid>
      <w:tr>
        <w:trPr>
          <w:trHeight w:val="227" w:hRule="exact"/>
        </w:trPr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3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46"/>
        <w:gridCol w:w="283"/>
        <w:gridCol w:w="2846"/>
        <w:gridCol w:w="283"/>
        <w:gridCol w:w="2846"/>
        <w:gridCol w:w="283"/>
        <w:gridCol w:w="2846"/>
        <w:gridCol w:w="283"/>
        <w:gridCol w:w="2846"/>
      </w:tblGrid>
      <w:tr>
        <w:trPr>
          <w:trHeight w:val="850" w:hRule="atLeast"/>
          <w:cantSplit w:val="true"/>
        </w:trPr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60"/>
        <w:gridCol w:w="2347"/>
        <w:gridCol w:w="782"/>
        <w:gridCol w:w="1825"/>
        <w:gridCol w:w="1304"/>
        <w:gridCol w:w="1304"/>
        <w:gridCol w:w="1825"/>
        <w:gridCol w:w="782"/>
        <w:gridCol w:w="2347"/>
        <w:gridCol w:w="260"/>
        <w:gridCol w:w="1162"/>
      </w:tblGrid>
      <w:tr>
        <w:trPr>
          <w:trHeight w:val="227" w:hRule="exact"/>
        </w:trPr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1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347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782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826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304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304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826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78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347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1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608"/>
        <w:gridCol w:w="2608"/>
        <w:gridCol w:w="2608"/>
        <w:gridCol w:w="2608"/>
        <w:gridCol w:w="2608"/>
        <w:gridCol w:w="1162"/>
      </w:tblGrid>
      <w:tr>
        <w:trPr>
          <w:trHeight w:val="227" w:hRule="exact"/>
        </w:trPr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6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24"/>
        <w:gridCol w:w="283"/>
        <w:gridCol w:w="2324"/>
        <w:gridCol w:w="283"/>
        <w:gridCol w:w="2324"/>
        <w:gridCol w:w="283"/>
        <w:gridCol w:w="2324"/>
        <w:gridCol w:w="283"/>
        <w:gridCol w:w="2324"/>
        <w:gridCol w:w="283"/>
        <w:gridCol w:w="2324"/>
      </w:tblGrid>
      <w:tr>
        <w:trPr>
          <w:trHeight w:val="850" w:hRule="atLeast"/>
          <w:cantSplit w:val="true"/>
        </w:trPr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</w:tc>
      </w:tr>
    </w:tbl>
    <w:p>
      <w:pPr>
        <w:pStyle w:val="SmallGap"/>
        <w:spacing w:after="255"/>
      </w:pPr>
    </w:p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5365"/>
      </w:tblGrid>
      <w:tr>
        <w:trPr>
          <w:trHeight w:val="794" w:hRule="atLeast"/>
        </w:trPr>
        <w:tc>
          <w:tcPr>
            <w:tcW w:type="dxa" w:w="15364"/>
            <w:shd w:val="clear" w:color="auto" w:fill="E8EDF0"/>
            <w:tcBorders>
              <w:top w:val="single" w:sz="6" w:space="0" w:color="C9C4B8"/>
              <w:left w:val="single" w:sz="24" w:space="0" w:color="2F4858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Notes (vacancies, dotted-line reporting, planned changes)</w:t>
            </w:r>
          </w:p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737" w:right="737" w:bottom="850" w:left="73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7B6982DB-299E-44E9-99FC-231175241D0B}"/>
    <w:embedBold r:id="rId2" w:fontKey="{F14607BF-7CD4-4893-9078-73D6C4572C8F}"/>
  </w:font>
  <w:font w:name="Barlow Condensed">
    <w:charset w:val="00"/>
    <w:family w:val="swiss"/>
    <w:pitch w:val="variable"/>
    <w:embedBold r:id="rId3" w:fontKey="{97EB6F3F-9EE7-4068-9BDF-EC94431307A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364" w:val="right"/>
      </w:tabs>
    </w:pPr>
    <w:r>
      <w:t>Free organisation chart template - four levels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chart - four levels</dc:title>
  <dc:subject>Organisation chart - four levels</dc:subject>
  <dc:creator>postertemplate.co.uk</dc:creator>
  <cp:keywords>organisation chart, org chart, hierarchy, department,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