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Packing list - write your own</w:t>
      </w:r>
    </w:p>
    <w:p>
      <w:pPr>
        <w:pStyle w:val="SubtitleText"/>
      </w:pPr>
      <w:r>
        <w:t>Trip: ____________________   Dates: ____________________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5319"/>
        <w:gridCol w:w="2659"/>
        <w:gridCol w:w="1063"/>
        <w:gridCol w:w="1276"/>
      </w:tblGrid>
      <w:tr>
        <w:trPr>
          <w:cantSplit w:val="true"/>
          <w:tblHeader w:val="true"/>
        </w:trPr>
        <w:tc>
          <w:tcPr>
            <w:tcW w:type="dxa" w:w="5319"/>
            <w:shd w:val="clear" w:color="auto" w:fill="0055A5"/>
          </w:tcPr>
          <w:p>
            <w:pPr>
              <w:pStyle w:val="TableHead"/>
            </w:pPr>
            <w:r>
              <w:t>Item</w:t>
            </w:r>
          </w:p>
        </w:tc>
        <w:tc>
          <w:tcPr>
            <w:tcW w:type="dxa" w:w="2659"/>
            <w:shd w:val="clear" w:color="auto" w:fill="0055A5"/>
          </w:tcPr>
          <w:p>
            <w:pPr>
              <w:pStyle w:val="TableHead"/>
            </w:pPr>
            <w:r>
              <w:t>Who / which bag</w:t>
            </w:r>
          </w:p>
        </w:tc>
        <w:tc>
          <w:tcPr>
            <w:tcW w:type="dxa" w:w="1064"/>
            <w:shd w:val="clear" w:color="auto" w:fill="0055A5"/>
          </w:tcPr>
          <w:p>
            <w:pPr>
              <w:pStyle w:val="TableHead"/>
              <w:jc w:val="center"/>
            </w:pPr>
            <w:r>
              <w:t>Qty</w:t>
            </w:r>
          </w:p>
        </w:tc>
        <w:tc>
          <w:tcPr>
            <w:tcW w:type="dxa" w:w="1276"/>
            <w:shd w:val="clear" w:color="auto" w:fill="0055A5"/>
          </w:tcPr>
          <w:p>
            <w:pPr>
              <w:pStyle w:val="TableHead"/>
              <w:jc w:val="center"/>
            </w:pPr>
            <w:r>
              <w:t>Packed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1906" w:h="16838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7A7FDCD7-6C02-4EE5-BF6E-19D7C9307CE6}"/>
    <w:embedBold r:id="rId2" w:fontKey="{3D9EB0E1-006E-4FDE-BB95-FAE506510198}"/>
  </w:font>
  <w:font w:name="Barlow Condensed">
    <w:charset w:val="00"/>
    <w:family w:val="swiss"/>
    <w:pitch w:val="variable"/>
    <w:embedBold r:id="rId3" w:fontKey="{9A455FFD-3826-4275-9280-87942D1F9A72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318" w:val="right"/>
      </w:tabs>
    </w:pPr>
    <w:r>
      <w:t>Free printable packing list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55A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55A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55A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55A5"/>
        <w:left w:val="single" w:sz="10" w:space="0" w:color="0055A5"/>
        <w:bottom w:val="single" w:sz="10" w:space="0" w:color="0055A5"/>
        <w:right w:val="single" w:sz="10" w:space="0" w:color="0055A5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- write your own</dc:title>
  <dc:subject>Packing list - write your own</dc:subject>
  <dc:creator>postertemplate.co.uk</dc:creator>
  <cp:keywords>packing list, blank packing list, family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