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Wanted poster - story character</w:t>
      </w:r>
    </w:p>
    <w:p>
      <w:pPr>
        <w:jc w:val="center"/>
      </w:pPr>
      <w:r>
        <w:rPr>
          <w:b/>
          <w:sz w:val="172"/>
        </w:rPr>
        <w:t>WANTED</w:t>
      </w:r>
    </w:p>
    <w:p>
      <w:pPr>
        <w:pStyle w:val="BodyLarge"/>
        <w:jc w:val="center"/>
      </w:pPr>
      <w:r>
        <w:rPr>
          <w:b/>
        </w:rPr>
        <w:t>Character: The Grumpy Giant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206"/>
      </w:tblGrid>
      <w:tr>
        <w:trPr>
          <w:trHeight w:val="4535" w:hRule="atLeast"/>
        </w:trPr>
        <w:tc>
          <w:tcPr>
            <w:tcW w:type="dxa" w:w="10205"/>
            <w:shd w:val="clear" w:color="auto" w:fill="F4F2EC"/>
            <w:tcBorders>
              <w:top w:val="single" w:sz="6" w:space="0" w:color="C9C4B8"/>
              <w:left w:val="single" w:sz="24" w:space="0" w:color="C8102E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Drawing</w:t>
            </w:r>
          </w:p>
          <w:p>
            <w:pPr>
              <w:pStyle w:val="TableText"/>
            </w:pPr>
            <w:r>
              <w:t>Drawing of a very tall giant with a very small hat</w:t>
            </w:r>
          </w:p>
        </w:tc>
      </w:tr>
    </w:tbl>
    <w:p>
      <w:pPr>
        <w:pStyle w:val="SmallGap"/>
        <w:spacing w:after="198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721"/>
        <w:gridCol w:w="7484"/>
      </w:tblGrid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Book or story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The Giant Who Lost His Hat</w:t>
            </w:r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What they look like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Tall, green coat, huge boots, tiny hat</w:t>
            </w:r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What they did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Stomped through the village and flattened the market</w:t>
            </w:r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Evidence from the text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Chapter 2: 'the ground shook'</w:t>
            </w:r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Where to find them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The hill above Anytown</w:t>
            </w:r>
          </w:p>
        </w:tc>
      </w:tr>
      <w:tr>
        <w:trPr>
          <w:trHeight w:val="680" w:hRule="atLeast"/>
          <w:cantSplit w:val="true"/>
        </w:trPr>
        <w:tc>
          <w:tcPr>
            <w:tcW w:type="dxa" w:w="2721"/>
            <w:vAlign w:val="bottom"/>
          </w:tcPr>
          <w:p>
            <w:pPr>
              <w:pStyle w:val="FieldLabel"/>
            </w:pPr>
            <w:r>
              <w:t>Reward</w:t>
            </w:r>
          </w:p>
        </w:tc>
        <w:tc>
          <w:tcPr>
            <w:tcW w:type="dxa" w:w="7483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A new hat</w:t>
            </w:r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Notes from our class</w:t>
      </w:r>
    </w:p>
    <w:p>
      <w:pPr>
        <w:pStyle w:val="Ruled"/>
        <w:pBdr>
          <w:bottom w:val="single" w:sz="6" w:space="1" w:color="9AA5AE"/>
        </w:pBdr>
        <w:spacing w:line="454" w:lineRule="exact"/>
      </w:pPr>
      <w:r>
        <w:t>He did not mean it - he could not see over his own beard.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454" w:lineRule="exact"/>
      </w:pPr>
      <w:r>
        <w:t>We think he should say sorry and help rebuild the stalls.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AC742040-AC92-44E9-933E-193EDB038B6E}"/>
    <w:embedBold r:id="rId2" w:fontKey="{9F5719CB-AB85-4113-8668-4CEB8084C17E}"/>
  </w:font>
  <w:font w:name="Barlow Condensed">
    <w:charset w:val="00"/>
    <w:family w:val="swiss"/>
    <w:pitch w:val="variable"/>
    <w:embedBold r:id="rId3" w:fontKey="{F7998C45-5ED1-402D-8FDF-D73DDB835D04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printable wanted poster - for the classroom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character. Replace every detail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C8102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C810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C8102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C8102E"/>
        <w:left w:val="single" w:sz="10" w:space="0" w:color="C8102E"/>
        <w:bottom w:val="single" w:sz="10" w:space="0" w:color="C8102E"/>
        <w:right w:val="single" w:sz="10" w:space="0" w:color="C8102E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Wanted poster - story character - worked example</dc:title>
  <dc:subject>Wanted poster - story character</dc:subject>
  <dc:creator>postertemplate.co.uk</dc:creator>
  <cp:keywords>template, printable, print-design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